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36B84" w14:textId="77777777" w:rsidR="00CD2C81" w:rsidRPr="00943F9C" w:rsidRDefault="00CD2C81" w:rsidP="00CD2C81">
      <w:pPr>
        <w:rPr>
          <w:b/>
          <w:sz w:val="28"/>
          <w:szCs w:val="28"/>
          <w:lang w:val="sq-AL"/>
        </w:rPr>
      </w:pPr>
      <w:r w:rsidRPr="00943F9C">
        <w:rPr>
          <w:b/>
          <w:noProof/>
        </w:rPr>
        <mc:AlternateContent>
          <mc:Choice Requires="wpg">
            <w:drawing>
              <wp:anchor distT="0" distB="0" distL="114300" distR="114300" simplePos="0" relativeHeight="251659264" behindDoc="0" locked="0" layoutInCell="1" allowOverlap="1" wp14:anchorId="330CD95A" wp14:editId="0EFB3308">
                <wp:simplePos x="0" y="0"/>
                <wp:positionH relativeFrom="column">
                  <wp:posOffset>-133644</wp:posOffset>
                </wp:positionH>
                <wp:positionV relativeFrom="paragraph">
                  <wp:posOffset>-323850</wp:posOffset>
                </wp:positionV>
                <wp:extent cx="6294163" cy="1190899"/>
                <wp:effectExtent l="0" t="0" r="0" b="9525"/>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4163" cy="1190899"/>
                          <a:chOff x="1210" y="1459"/>
                          <a:chExt cx="9081" cy="1602"/>
                        </a:xfrm>
                      </wpg:grpSpPr>
                      <wps:wsp>
                        <wps:cNvPr id="2" name="Text Box 16"/>
                        <wps:cNvSpPr txBox="1">
                          <a:spLocks noChangeArrowheads="1"/>
                        </wps:cNvSpPr>
                        <wps:spPr bwMode="auto">
                          <a:xfrm>
                            <a:off x="8903" y="1548"/>
                            <a:ext cx="1251" cy="1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79F0C" w14:textId="77777777" w:rsidR="00CD2C81" w:rsidRDefault="00CD2C81" w:rsidP="00CD2C81">
                              <w:r>
                                <w:object w:dxaOrig="1290" w:dyaOrig="1335" w14:anchorId="35B7FF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55.5pt">
                                    <v:imagedata r:id="rId6" o:title=""/>
                                  </v:shape>
                                  <o:OLEObject Type="Embed" ProgID="MSPhotoEd.3" ShapeID="_x0000_i1025" DrawAspect="Content" ObjectID="_1850882386" r:id="rId7"/>
                                </w:object>
                              </w:r>
                            </w:p>
                          </w:txbxContent>
                        </wps:txbx>
                        <wps:bodyPr rot="0" vert="horz" wrap="none" lIns="91440" tIns="45720" rIns="91440" bIns="45720" anchor="t" anchorCtr="0" upright="1">
                          <a:noAutofit/>
                        </wps:bodyPr>
                      </wps:wsp>
                      <wps:wsp>
                        <wps:cNvPr id="3" name="Text Box 17"/>
                        <wps:cNvSpPr txBox="1">
                          <a:spLocks noChangeArrowheads="1"/>
                        </wps:cNvSpPr>
                        <wps:spPr bwMode="auto">
                          <a:xfrm>
                            <a:off x="1210" y="1459"/>
                            <a:ext cx="9081" cy="1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834B8" w14:textId="77777777" w:rsidR="00CD2C81" w:rsidRDefault="00CD2C81" w:rsidP="00CD2C81">
                              <w:pPr>
                                <w:jc w:val="center"/>
                                <w:rPr>
                                  <w:b/>
                                  <w:lang w:val="de-DE"/>
                                </w:rPr>
                              </w:pPr>
                              <w:r>
                                <w:rPr>
                                  <w:b/>
                                  <w:lang w:val="de-DE"/>
                                </w:rPr>
                                <w:t>Republika e Kosovës</w:t>
                              </w:r>
                            </w:p>
                            <w:p w14:paraId="531B3B67" w14:textId="77777777" w:rsidR="00CD2C81" w:rsidRDefault="00CD2C81" w:rsidP="00CD2C81">
                              <w:pPr>
                                <w:jc w:val="center"/>
                                <w:rPr>
                                  <w:b/>
                                  <w:lang w:val="de-DE"/>
                                </w:rPr>
                              </w:pPr>
                            </w:p>
                            <w:p w14:paraId="56C2BFF9" w14:textId="77777777" w:rsidR="00CD2C81" w:rsidRDefault="00CD2C81" w:rsidP="00CD2C81">
                              <w:pPr>
                                <w:jc w:val="center"/>
                                <w:rPr>
                                  <w:lang w:val="de-DE"/>
                                </w:rPr>
                              </w:pPr>
                              <w:r>
                                <w:rPr>
                                  <w:lang w:val="de-DE"/>
                                </w:rPr>
                                <w:t>Republika Kosovo / Republic of Kosovo</w:t>
                              </w:r>
                            </w:p>
                            <w:p w14:paraId="084BA055" w14:textId="77777777" w:rsidR="00CD2C81" w:rsidRDefault="00CD2C81" w:rsidP="00CD2C81">
                              <w:pPr>
                                <w:jc w:val="center"/>
                                <w:rPr>
                                  <w:lang w:val="de-DE"/>
                                </w:rPr>
                              </w:pPr>
                            </w:p>
                            <w:p w14:paraId="58528D6E" w14:textId="77777777" w:rsidR="00CD2C81" w:rsidRPr="0066402F" w:rsidRDefault="00CD2C81" w:rsidP="00CD2C81">
                              <w:pPr>
                                <w:pBdr>
                                  <w:bottom w:val="single" w:sz="4" w:space="1" w:color="auto"/>
                                </w:pBdr>
                                <w:jc w:val="center"/>
                                <w:rPr>
                                  <w:b/>
                                  <w:i/>
                                  <w:lang w:val="en-GB"/>
                                </w:rPr>
                              </w:pPr>
                              <w:proofErr w:type="spellStart"/>
                              <w:r>
                                <w:rPr>
                                  <w:b/>
                                  <w:i/>
                                  <w:lang w:val="en-GB"/>
                                </w:rPr>
                                <w:t>Komuna</w:t>
                              </w:r>
                              <w:proofErr w:type="spellEnd"/>
                              <w:r>
                                <w:rPr>
                                  <w:b/>
                                  <w:i/>
                                  <w:lang w:val="en-GB"/>
                                </w:rPr>
                                <w:t xml:space="preserve"> e </w:t>
                              </w:r>
                              <w:proofErr w:type="spellStart"/>
                              <w:r>
                                <w:rPr>
                                  <w:b/>
                                  <w:i/>
                                  <w:lang w:val="en-GB"/>
                                </w:rPr>
                                <w:t>Rahovecit</w:t>
                              </w:r>
                              <w:proofErr w:type="spellEnd"/>
                              <w:r>
                                <w:rPr>
                                  <w:b/>
                                  <w:i/>
                                  <w:lang w:val="en-GB"/>
                                </w:rPr>
                                <w:t>/</w:t>
                              </w:r>
                              <w:proofErr w:type="spellStart"/>
                              <w:r>
                                <w:rPr>
                                  <w:b/>
                                  <w:i/>
                                  <w:lang w:val="en-GB"/>
                                </w:rPr>
                                <w:t>Opština</w:t>
                              </w:r>
                              <w:proofErr w:type="spellEnd"/>
                              <w:r>
                                <w:rPr>
                                  <w:b/>
                                  <w:i/>
                                  <w:lang w:val="en-GB"/>
                                </w:rPr>
                                <w:t xml:space="preserve"> </w:t>
                              </w:r>
                              <w:proofErr w:type="spellStart"/>
                              <w:r>
                                <w:rPr>
                                  <w:b/>
                                  <w:i/>
                                  <w:lang w:val="en-GB"/>
                                </w:rPr>
                                <w:t>Orahovac</w:t>
                              </w:r>
                              <w:proofErr w:type="spellEnd"/>
                              <w:r>
                                <w:rPr>
                                  <w:b/>
                                  <w:i/>
                                  <w:lang w:val="en-GB"/>
                                </w:rPr>
                                <w:t>/Municipality Rahovec</w:t>
                              </w:r>
                            </w:p>
                          </w:txbxContent>
                        </wps:txbx>
                        <wps:bodyPr rot="0" vert="horz" wrap="square" lIns="91440" tIns="45720" rIns="91440" bIns="45720" anchor="t" anchorCtr="0" upright="1">
                          <a:noAutofit/>
                        </wps:bodyPr>
                      </wps:wsp>
                      <wps:wsp>
                        <wps:cNvPr id="5" name="Text Box 18"/>
                        <wps:cNvSpPr txBox="1">
                          <a:spLocks noChangeArrowheads="1"/>
                        </wps:cNvSpPr>
                        <wps:spPr bwMode="auto">
                          <a:xfrm>
                            <a:off x="1513" y="1485"/>
                            <a:ext cx="1260" cy="1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5F196" w14:textId="77777777" w:rsidR="00CD2C81" w:rsidRDefault="00CD2C81" w:rsidP="00CD2C81">
                              <w:r>
                                <w:rPr>
                                  <w:noProof/>
                                </w:rPr>
                                <w:drawing>
                                  <wp:inline distT="0" distB="0" distL="0" distR="0" wp14:anchorId="3235B658" wp14:editId="51A10FAE">
                                    <wp:extent cx="609600" cy="676275"/>
                                    <wp:effectExtent l="0" t="0" r="0" b="9525"/>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0CD95A" id="Group 12" o:spid="_x0000_s1026" style="position:absolute;margin-left:-10.5pt;margin-top:-25.5pt;width:495.6pt;height:93.75pt;z-index:251659264" coordorigin="1210,1459" coordsize="9081,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">
                <v:shapetype id="_x0000_t202" coordsize="21600,21600" o:spt="202" path="m,l,21600r21600,l21600,xe">
                  <v:stroke joinstyle="miter"/>
                  <v:path gradientshapeok="t" o:connecttype="rect"/>
                </v:shapetype>
                <v:shape id="Text Box 16" o:spid="_x0000_s1027" type="#_x0000_t202" style="position:absolute;left:8903;top:1548;width:1251;height:12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" filled="f" stroked="f">
                  <v:textbox>
                    <w:txbxContent>
                      <w:p w14:paraId="6EC79F0C" w14:textId="77777777" w:rsidR="00CD2C81" w:rsidRDefault="00CD2C81" w:rsidP="00CD2C81">
                        <w:r>
                          <w:object w:dxaOrig="1290" w:dyaOrig="1335" w14:anchorId="35B7FF3D">
                            <v:shape id="_x0000_i1025" type="#_x0000_t75" style="width:54pt;height:55.5pt">
                              <v:imagedata r:id="rId6" o:title=""/>
                            </v:shape>
                            <o:OLEObject Type="Embed" ProgID="MSPhotoEd.3" ShapeID="_x0000_i1025" DrawAspect="Content" ObjectID="_1850882386" r:id="rId9"/>
                          </w:object>
                        </w:r>
                      </w:p>
                    </w:txbxContent>
                  </v:textbox>
                </v:shape>
                <v:shape id="Text Box 17" o:spid="_x0000_s1028" type="#_x0000_t202" style="position:absolute;left:1210;top:1459;width:9081;height:1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1E4834B8" w14:textId="77777777" w:rsidR="00CD2C81" w:rsidRDefault="00CD2C81" w:rsidP="00CD2C81">
                        <w:pPr>
                          <w:jc w:val="center"/>
                          <w:rPr>
                            <w:b/>
                            <w:lang w:val="de-DE"/>
                          </w:rPr>
                        </w:pPr>
                        <w:r>
                          <w:rPr>
                            <w:b/>
                            <w:lang w:val="de-DE"/>
                          </w:rPr>
                          <w:t>Republika e Kosovës</w:t>
                        </w:r>
                      </w:p>
                      <w:p w14:paraId="531B3B67" w14:textId="77777777" w:rsidR="00CD2C81" w:rsidRDefault="00CD2C81" w:rsidP="00CD2C81">
                        <w:pPr>
                          <w:jc w:val="center"/>
                          <w:rPr>
                            <w:b/>
                            <w:lang w:val="de-DE"/>
                          </w:rPr>
                        </w:pPr>
                      </w:p>
                      <w:p w14:paraId="56C2BFF9" w14:textId="77777777" w:rsidR="00CD2C81" w:rsidRDefault="00CD2C81" w:rsidP="00CD2C81">
                        <w:pPr>
                          <w:jc w:val="center"/>
                          <w:rPr>
                            <w:lang w:val="de-DE"/>
                          </w:rPr>
                        </w:pPr>
                        <w:r>
                          <w:rPr>
                            <w:lang w:val="de-DE"/>
                          </w:rPr>
                          <w:t>Republika Kosovo / Republic of Kosovo</w:t>
                        </w:r>
                      </w:p>
                      <w:p w14:paraId="084BA055" w14:textId="77777777" w:rsidR="00CD2C81" w:rsidRDefault="00CD2C81" w:rsidP="00CD2C81">
                        <w:pPr>
                          <w:jc w:val="center"/>
                          <w:rPr>
                            <w:lang w:val="de-DE"/>
                          </w:rPr>
                        </w:pPr>
                      </w:p>
                      <w:p w14:paraId="58528D6E" w14:textId="77777777" w:rsidR="00CD2C81" w:rsidRPr="0066402F" w:rsidRDefault="00CD2C81" w:rsidP="00CD2C81">
                        <w:pPr>
                          <w:pBdr>
                            <w:bottom w:val="single" w:sz="4" w:space="1" w:color="auto"/>
                          </w:pBdr>
                          <w:jc w:val="center"/>
                          <w:rPr>
                            <w:b/>
                            <w:i/>
                            <w:lang w:val="en-GB"/>
                          </w:rPr>
                        </w:pPr>
                        <w:proofErr w:type="spellStart"/>
                        <w:r>
                          <w:rPr>
                            <w:b/>
                            <w:i/>
                            <w:lang w:val="en-GB"/>
                          </w:rPr>
                          <w:t>Komuna</w:t>
                        </w:r>
                        <w:proofErr w:type="spellEnd"/>
                        <w:r>
                          <w:rPr>
                            <w:b/>
                            <w:i/>
                            <w:lang w:val="en-GB"/>
                          </w:rPr>
                          <w:t xml:space="preserve"> e </w:t>
                        </w:r>
                        <w:proofErr w:type="spellStart"/>
                        <w:r>
                          <w:rPr>
                            <w:b/>
                            <w:i/>
                            <w:lang w:val="en-GB"/>
                          </w:rPr>
                          <w:t>Rahovecit</w:t>
                        </w:r>
                        <w:proofErr w:type="spellEnd"/>
                        <w:r>
                          <w:rPr>
                            <w:b/>
                            <w:i/>
                            <w:lang w:val="en-GB"/>
                          </w:rPr>
                          <w:t>/</w:t>
                        </w:r>
                        <w:proofErr w:type="spellStart"/>
                        <w:r>
                          <w:rPr>
                            <w:b/>
                            <w:i/>
                            <w:lang w:val="en-GB"/>
                          </w:rPr>
                          <w:t>Opština</w:t>
                        </w:r>
                        <w:proofErr w:type="spellEnd"/>
                        <w:r>
                          <w:rPr>
                            <w:b/>
                            <w:i/>
                            <w:lang w:val="en-GB"/>
                          </w:rPr>
                          <w:t xml:space="preserve"> </w:t>
                        </w:r>
                        <w:proofErr w:type="spellStart"/>
                        <w:r>
                          <w:rPr>
                            <w:b/>
                            <w:i/>
                            <w:lang w:val="en-GB"/>
                          </w:rPr>
                          <w:t>Orahovac</w:t>
                        </w:r>
                        <w:proofErr w:type="spellEnd"/>
                        <w:r>
                          <w:rPr>
                            <w:b/>
                            <w:i/>
                            <w:lang w:val="en-GB"/>
                          </w:rPr>
                          <w:t>/Municipality Rahovec</w:t>
                        </w:r>
                      </w:p>
                    </w:txbxContent>
                  </v:textbox>
                </v:shape>
                <v:shape id="Text Box 18" o:spid="_x0000_s1029" type="#_x0000_t202" style="position:absolute;left:1513;top:1485;width:1260;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5165F196" w14:textId="77777777" w:rsidR="00CD2C81" w:rsidRDefault="00CD2C81" w:rsidP="00CD2C81">
                        <w:r>
                          <w:rPr>
                            <w:noProof/>
                          </w:rPr>
                          <w:drawing>
                            <wp:inline distT="0" distB="0" distL="0" distR="0" wp14:anchorId="3235B658" wp14:editId="51A10FAE">
                              <wp:extent cx="609600" cy="676275"/>
                              <wp:effectExtent l="0" t="0" r="0" b="9525"/>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xbxContent>
                  </v:textbox>
                </v:shape>
              </v:group>
            </w:pict>
          </mc:Fallback>
        </mc:AlternateContent>
      </w:r>
      <w:r w:rsidRPr="00943F9C">
        <w:rPr>
          <w:b/>
          <w:sz w:val="24"/>
          <w:szCs w:val="24"/>
          <w:lang w:val="sq-AL"/>
        </w:rPr>
        <w:t xml:space="preserve">                  </w:t>
      </w:r>
    </w:p>
    <w:p w14:paraId="71A0709B" w14:textId="77777777" w:rsidR="00CD2C81" w:rsidRPr="00943F9C" w:rsidRDefault="00CD2C81" w:rsidP="00CD2C81">
      <w:pPr>
        <w:rPr>
          <w:b/>
          <w:sz w:val="28"/>
          <w:szCs w:val="28"/>
          <w:lang w:val="sq-AL"/>
        </w:rPr>
      </w:pPr>
      <w:r w:rsidRPr="00943F9C">
        <w:rPr>
          <w:sz w:val="28"/>
          <w:szCs w:val="28"/>
          <w:lang w:val="sq-AL"/>
        </w:rPr>
        <w:t xml:space="preserve"> </w:t>
      </w:r>
    </w:p>
    <w:p w14:paraId="66243A51" w14:textId="77777777" w:rsidR="00CD2C81" w:rsidRDefault="00CD2C81" w:rsidP="006754D5">
      <w:pPr>
        <w:spacing w:before="100" w:beforeAutospacing="1" w:after="100" w:afterAutospacing="1" w:line="240" w:lineRule="auto"/>
        <w:outlineLvl w:val="0"/>
        <w:rPr>
          <w:rFonts w:eastAsia="Times New Roman" w:cstheme="minorHAnsi"/>
          <w:b/>
          <w:bCs/>
          <w:kern w:val="36"/>
          <w:sz w:val="48"/>
          <w:szCs w:val="48"/>
        </w:rPr>
      </w:pPr>
    </w:p>
    <w:p w14:paraId="64E77CBA" w14:textId="77777777" w:rsidR="00CD2C81" w:rsidRDefault="00CD2C81" w:rsidP="006754D5">
      <w:pPr>
        <w:spacing w:before="100" w:beforeAutospacing="1" w:after="100" w:afterAutospacing="1" w:line="240" w:lineRule="auto"/>
        <w:outlineLvl w:val="0"/>
        <w:rPr>
          <w:rFonts w:eastAsia="Times New Roman" w:cstheme="minorHAnsi"/>
          <w:b/>
          <w:bCs/>
          <w:kern w:val="36"/>
          <w:sz w:val="48"/>
          <w:szCs w:val="48"/>
        </w:rPr>
      </w:pPr>
    </w:p>
    <w:p w14:paraId="57EC018E" w14:textId="77777777" w:rsidR="00CD2C81" w:rsidRDefault="00CD2C81" w:rsidP="00CD2C81">
      <w:pPr>
        <w:spacing w:before="100" w:beforeAutospacing="1" w:after="100" w:afterAutospacing="1" w:line="240" w:lineRule="auto"/>
        <w:jc w:val="center"/>
        <w:outlineLvl w:val="0"/>
        <w:rPr>
          <w:rFonts w:eastAsia="Times New Roman" w:cstheme="minorHAnsi"/>
          <w:b/>
          <w:bCs/>
          <w:kern w:val="36"/>
          <w:sz w:val="96"/>
          <w:szCs w:val="96"/>
        </w:rPr>
      </w:pPr>
    </w:p>
    <w:p w14:paraId="0CDFFCD9" w14:textId="77777777" w:rsidR="00CD2C81" w:rsidRDefault="00CD2C81" w:rsidP="00CD2C81">
      <w:pPr>
        <w:spacing w:before="100" w:beforeAutospacing="1" w:after="100" w:afterAutospacing="1" w:line="240" w:lineRule="auto"/>
        <w:jc w:val="center"/>
        <w:outlineLvl w:val="0"/>
        <w:rPr>
          <w:rFonts w:eastAsia="Times New Roman" w:cstheme="minorHAnsi"/>
          <w:b/>
          <w:bCs/>
          <w:kern w:val="36"/>
          <w:sz w:val="96"/>
          <w:szCs w:val="96"/>
        </w:rPr>
      </w:pPr>
    </w:p>
    <w:p w14:paraId="3C341308" w14:textId="140487F2" w:rsidR="00CD2C81" w:rsidRPr="00CD2C81" w:rsidRDefault="00CD2C81" w:rsidP="00CD2C81">
      <w:pPr>
        <w:spacing w:before="100" w:beforeAutospacing="1" w:after="100" w:afterAutospacing="1" w:line="240" w:lineRule="auto"/>
        <w:jc w:val="center"/>
        <w:outlineLvl w:val="0"/>
        <w:rPr>
          <w:rFonts w:eastAsia="Times New Roman" w:cstheme="minorHAnsi"/>
          <w:b/>
          <w:bCs/>
          <w:kern w:val="36"/>
          <w:sz w:val="96"/>
          <w:szCs w:val="96"/>
        </w:rPr>
      </w:pPr>
      <w:r w:rsidRPr="00CD2C81">
        <w:rPr>
          <w:rFonts w:eastAsia="Times New Roman" w:cstheme="minorHAnsi"/>
          <w:b/>
          <w:bCs/>
          <w:kern w:val="36"/>
          <w:sz w:val="96"/>
          <w:szCs w:val="96"/>
        </w:rPr>
        <w:t>PROCESVERBAL</w:t>
      </w:r>
    </w:p>
    <w:p w14:paraId="34CAFB64" w14:textId="77777777" w:rsidR="00CD2C81" w:rsidRPr="00CD2C81" w:rsidRDefault="00CD2C81" w:rsidP="00CD2C81">
      <w:pPr>
        <w:spacing w:before="100" w:beforeAutospacing="1" w:after="100" w:afterAutospacing="1" w:line="240" w:lineRule="auto"/>
        <w:jc w:val="center"/>
        <w:outlineLvl w:val="2"/>
        <w:rPr>
          <w:rFonts w:eastAsia="Times New Roman" w:cstheme="minorHAnsi"/>
          <w:b/>
          <w:bCs/>
          <w:sz w:val="40"/>
          <w:szCs w:val="40"/>
        </w:rPr>
      </w:pPr>
      <w:r w:rsidRPr="00CD2C81">
        <w:rPr>
          <w:rFonts w:eastAsia="Times New Roman" w:cstheme="minorHAnsi"/>
          <w:b/>
          <w:bCs/>
          <w:sz w:val="40"/>
          <w:szCs w:val="40"/>
        </w:rPr>
        <w:t xml:space="preserve">Nga </w:t>
      </w:r>
      <w:proofErr w:type="spellStart"/>
      <w:r w:rsidRPr="00CD2C81">
        <w:rPr>
          <w:rFonts w:eastAsia="Times New Roman" w:cstheme="minorHAnsi"/>
          <w:b/>
          <w:bCs/>
          <w:sz w:val="40"/>
          <w:szCs w:val="40"/>
        </w:rPr>
        <w:t>shqyrtimi</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publik</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i</w:t>
      </w:r>
      <w:proofErr w:type="spellEnd"/>
      <w:r w:rsidRPr="00CD2C81">
        <w:rPr>
          <w:rFonts w:eastAsia="Times New Roman" w:cstheme="minorHAnsi"/>
          <w:b/>
          <w:bCs/>
          <w:sz w:val="40"/>
          <w:szCs w:val="40"/>
        </w:rPr>
        <w:t xml:space="preserve"> Draft-</w:t>
      </w:r>
      <w:proofErr w:type="spellStart"/>
      <w:r w:rsidRPr="00CD2C81">
        <w:rPr>
          <w:rFonts w:eastAsia="Times New Roman" w:cstheme="minorHAnsi"/>
          <w:b/>
          <w:bCs/>
          <w:sz w:val="40"/>
          <w:szCs w:val="40"/>
        </w:rPr>
        <w:t>Hartës</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Zonale</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të</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Komunës</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së</w:t>
      </w:r>
      <w:proofErr w:type="spellEnd"/>
      <w:r w:rsidRPr="00CD2C81">
        <w:rPr>
          <w:rFonts w:eastAsia="Times New Roman" w:cstheme="minorHAnsi"/>
          <w:b/>
          <w:bCs/>
          <w:sz w:val="40"/>
          <w:szCs w:val="40"/>
        </w:rPr>
        <w:t xml:space="preserve"> </w:t>
      </w:r>
      <w:proofErr w:type="spellStart"/>
      <w:r w:rsidRPr="00CD2C81">
        <w:rPr>
          <w:rFonts w:eastAsia="Times New Roman" w:cstheme="minorHAnsi"/>
          <w:b/>
          <w:bCs/>
          <w:sz w:val="40"/>
          <w:szCs w:val="40"/>
        </w:rPr>
        <w:t>Rahovecit</w:t>
      </w:r>
      <w:proofErr w:type="spellEnd"/>
    </w:p>
    <w:p w14:paraId="2E0DE0BE" w14:textId="77777777" w:rsidR="00CD2C81" w:rsidRDefault="00CD2C81" w:rsidP="00CD2C81">
      <w:pPr>
        <w:spacing w:before="100" w:beforeAutospacing="1" w:after="100" w:afterAutospacing="1" w:line="240" w:lineRule="auto"/>
        <w:jc w:val="center"/>
        <w:outlineLvl w:val="0"/>
        <w:rPr>
          <w:rFonts w:eastAsia="Times New Roman" w:cstheme="minorHAnsi"/>
          <w:b/>
          <w:bCs/>
          <w:kern w:val="36"/>
          <w:sz w:val="48"/>
          <w:szCs w:val="48"/>
        </w:rPr>
      </w:pPr>
    </w:p>
    <w:p w14:paraId="1F547FFB" w14:textId="77777777" w:rsidR="00CD2C81" w:rsidRDefault="00CD2C81" w:rsidP="006754D5">
      <w:pPr>
        <w:spacing w:before="100" w:beforeAutospacing="1" w:after="100" w:afterAutospacing="1" w:line="240" w:lineRule="auto"/>
        <w:outlineLvl w:val="0"/>
        <w:rPr>
          <w:rFonts w:eastAsia="Times New Roman" w:cstheme="minorHAnsi"/>
          <w:b/>
          <w:bCs/>
          <w:kern w:val="36"/>
          <w:sz w:val="48"/>
          <w:szCs w:val="48"/>
        </w:rPr>
      </w:pPr>
    </w:p>
    <w:p w14:paraId="33AF464E" w14:textId="77777777" w:rsidR="00CD2C81" w:rsidRDefault="00CD2C81" w:rsidP="006754D5">
      <w:pPr>
        <w:spacing w:before="100" w:beforeAutospacing="1" w:after="100" w:afterAutospacing="1" w:line="240" w:lineRule="auto"/>
        <w:outlineLvl w:val="0"/>
        <w:rPr>
          <w:rFonts w:eastAsia="Times New Roman" w:cstheme="minorHAnsi"/>
          <w:b/>
          <w:bCs/>
          <w:kern w:val="36"/>
          <w:sz w:val="48"/>
          <w:szCs w:val="48"/>
        </w:rPr>
      </w:pPr>
    </w:p>
    <w:p w14:paraId="4A98011C" w14:textId="77777777" w:rsidR="00CD2C81" w:rsidRDefault="00CD2C81" w:rsidP="006754D5">
      <w:pPr>
        <w:spacing w:before="100" w:beforeAutospacing="1" w:after="100" w:afterAutospacing="1" w:line="240" w:lineRule="auto"/>
        <w:outlineLvl w:val="0"/>
        <w:rPr>
          <w:rFonts w:eastAsia="Times New Roman" w:cstheme="minorHAnsi"/>
          <w:b/>
          <w:bCs/>
          <w:kern w:val="36"/>
          <w:sz w:val="48"/>
          <w:szCs w:val="48"/>
        </w:rPr>
      </w:pPr>
    </w:p>
    <w:p w14:paraId="5319FB8E" w14:textId="77777777" w:rsidR="00CD2C81" w:rsidRDefault="00CD2C81" w:rsidP="006754D5">
      <w:pPr>
        <w:spacing w:before="100" w:beforeAutospacing="1" w:after="100" w:afterAutospacing="1" w:line="240" w:lineRule="auto"/>
        <w:outlineLvl w:val="0"/>
        <w:rPr>
          <w:rFonts w:eastAsia="Times New Roman" w:cstheme="minorHAnsi"/>
          <w:b/>
          <w:bCs/>
          <w:kern w:val="36"/>
          <w:sz w:val="48"/>
          <w:szCs w:val="48"/>
        </w:rPr>
      </w:pPr>
    </w:p>
    <w:p w14:paraId="3B994566" w14:textId="77777777" w:rsidR="006754D5" w:rsidRPr="00272FEB" w:rsidRDefault="006754D5" w:rsidP="006754D5">
      <w:pPr>
        <w:spacing w:before="100" w:beforeAutospacing="1" w:after="100" w:afterAutospacing="1" w:line="240" w:lineRule="auto"/>
        <w:rPr>
          <w:rFonts w:eastAsia="Times New Roman" w:cstheme="minorHAnsi"/>
        </w:rPr>
      </w:pPr>
      <w:proofErr w:type="spellStart"/>
      <w:r w:rsidRPr="00272FEB">
        <w:rPr>
          <w:rFonts w:eastAsia="Times New Roman" w:cstheme="minorHAnsi"/>
          <w:b/>
          <w:bCs/>
        </w:rPr>
        <w:lastRenderedPageBreak/>
        <w:t>Komuna</w:t>
      </w:r>
      <w:proofErr w:type="spellEnd"/>
      <w:r w:rsidRPr="00272FEB">
        <w:rPr>
          <w:rFonts w:eastAsia="Times New Roman" w:cstheme="minorHAnsi"/>
          <w:b/>
          <w:bCs/>
        </w:rPr>
        <w:t>:</w:t>
      </w:r>
      <w:r w:rsidRPr="00272FEB">
        <w:rPr>
          <w:rFonts w:eastAsia="Times New Roman" w:cstheme="minorHAnsi"/>
        </w:rPr>
        <w:t xml:space="preserve"> Rahovec</w:t>
      </w:r>
      <w:r w:rsidRPr="00272FEB">
        <w:rPr>
          <w:rFonts w:eastAsia="Times New Roman" w:cstheme="minorHAnsi"/>
        </w:rPr>
        <w:br/>
      </w:r>
      <w:proofErr w:type="spellStart"/>
      <w:r w:rsidRPr="00272FEB">
        <w:rPr>
          <w:rFonts w:eastAsia="Times New Roman" w:cstheme="minorHAnsi"/>
          <w:b/>
          <w:bCs/>
        </w:rPr>
        <w:t>Dokumenti</w:t>
      </w:r>
      <w:proofErr w:type="spellEnd"/>
      <w:r w:rsidRPr="00272FEB">
        <w:rPr>
          <w:rFonts w:eastAsia="Times New Roman" w:cstheme="minorHAnsi"/>
          <w:b/>
          <w:bCs/>
        </w:rPr>
        <w:t>:</w:t>
      </w:r>
      <w:r w:rsidRPr="00272FEB">
        <w:rPr>
          <w:rFonts w:eastAsia="Times New Roman" w:cstheme="minorHAnsi"/>
        </w:rPr>
        <w:t xml:space="preserve"> Draft-</w:t>
      </w:r>
      <w:proofErr w:type="spellStart"/>
      <w:r w:rsidRPr="00272FEB">
        <w:rPr>
          <w:rFonts w:eastAsia="Times New Roman" w:cstheme="minorHAnsi"/>
        </w:rPr>
        <w:t>Harta</w:t>
      </w:r>
      <w:proofErr w:type="spellEnd"/>
      <w:r w:rsidRPr="00272FEB">
        <w:rPr>
          <w:rFonts w:eastAsia="Times New Roman" w:cstheme="minorHAnsi"/>
        </w:rPr>
        <w:t xml:space="preserve"> </w:t>
      </w:r>
      <w:proofErr w:type="spellStart"/>
      <w:r w:rsidRPr="00272FEB">
        <w:rPr>
          <w:rFonts w:eastAsia="Times New Roman" w:cstheme="minorHAnsi"/>
        </w:rPr>
        <w:t>Zonale</w:t>
      </w:r>
      <w:proofErr w:type="spellEnd"/>
      <w:r w:rsidRPr="00272FEB">
        <w:rPr>
          <w:rFonts w:eastAsia="Times New Roman" w:cstheme="minorHAnsi"/>
        </w:rPr>
        <w:t xml:space="preserve"> e </w:t>
      </w:r>
      <w:proofErr w:type="spellStart"/>
      <w:r w:rsidRPr="00272FEB">
        <w:rPr>
          <w:rFonts w:eastAsia="Times New Roman" w:cstheme="minorHAnsi"/>
        </w:rPr>
        <w:t>Komunës</w:t>
      </w:r>
      <w:proofErr w:type="spellEnd"/>
      <w:r w:rsidRPr="00272FEB">
        <w:rPr>
          <w:rFonts w:eastAsia="Times New Roman" w:cstheme="minorHAnsi"/>
        </w:rPr>
        <w:t xml:space="preserve"> </w:t>
      </w:r>
      <w:proofErr w:type="spellStart"/>
      <w:r w:rsidRPr="00272FEB">
        <w:rPr>
          <w:rFonts w:eastAsia="Times New Roman" w:cstheme="minorHAnsi"/>
        </w:rPr>
        <w:t>së</w:t>
      </w:r>
      <w:proofErr w:type="spellEnd"/>
      <w:r w:rsidRPr="00272FEB">
        <w:rPr>
          <w:rFonts w:eastAsia="Times New Roman" w:cstheme="minorHAnsi"/>
        </w:rPr>
        <w:t xml:space="preserve"> </w:t>
      </w:r>
      <w:proofErr w:type="spellStart"/>
      <w:r w:rsidRPr="00272FEB">
        <w:rPr>
          <w:rFonts w:eastAsia="Times New Roman" w:cstheme="minorHAnsi"/>
        </w:rPr>
        <w:t>Rahovecit</w:t>
      </w:r>
      <w:proofErr w:type="spellEnd"/>
      <w:r w:rsidRPr="00272FEB">
        <w:rPr>
          <w:rFonts w:eastAsia="Times New Roman" w:cstheme="minorHAnsi"/>
        </w:rPr>
        <w:t xml:space="preserve"> 2026-2034</w:t>
      </w:r>
      <w:r w:rsidRPr="00272FEB">
        <w:rPr>
          <w:rFonts w:eastAsia="Times New Roman" w:cstheme="minorHAnsi"/>
        </w:rPr>
        <w:br/>
      </w:r>
      <w:proofErr w:type="spellStart"/>
      <w:r w:rsidRPr="00272FEB">
        <w:rPr>
          <w:rFonts w:eastAsia="Times New Roman" w:cstheme="minorHAnsi"/>
          <w:b/>
          <w:bCs/>
        </w:rPr>
        <w:t>Lloji</w:t>
      </w:r>
      <w:proofErr w:type="spellEnd"/>
      <w:r w:rsidRPr="00272FEB">
        <w:rPr>
          <w:rFonts w:eastAsia="Times New Roman" w:cstheme="minorHAnsi"/>
          <w:b/>
          <w:bCs/>
        </w:rPr>
        <w:t xml:space="preserve"> </w:t>
      </w:r>
      <w:proofErr w:type="spellStart"/>
      <w:r w:rsidRPr="00272FEB">
        <w:rPr>
          <w:rFonts w:eastAsia="Times New Roman" w:cstheme="minorHAnsi"/>
          <w:b/>
          <w:bCs/>
        </w:rPr>
        <w:t>i</w:t>
      </w:r>
      <w:proofErr w:type="spellEnd"/>
      <w:r w:rsidRPr="00272FEB">
        <w:rPr>
          <w:rFonts w:eastAsia="Times New Roman" w:cstheme="minorHAnsi"/>
          <w:b/>
          <w:bCs/>
        </w:rPr>
        <w:t xml:space="preserve"> </w:t>
      </w:r>
      <w:proofErr w:type="spellStart"/>
      <w:r w:rsidRPr="00272FEB">
        <w:rPr>
          <w:rFonts w:eastAsia="Times New Roman" w:cstheme="minorHAnsi"/>
          <w:b/>
          <w:bCs/>
        </w:rPr>
        <w:t>takimit</w:t>
      </w:r>
      <w:proofErr w:type="spellEnd"/>
      <w:r w:rsidRPr="00272FEB">
        <w:rPr>
          <w:rFonts w:eastAsia="Times New Roman" w:cstheme="minorHAnsi"/>
          <w:b/>
          <w:bCs/>
        </w:rPr>
        <w:t>:</w:t>
      </w:r>
      <w:r w:rsidRPr="00272FEB">
        <w:rPr>
          <w:rFonts w:eastAsia="Times New Roman" w:cstheme="minorHAnsi"/>
        </w:rPr>
        <w:t xml:space="preserve"> </w:t>
      </w:r>
      <w:proofErr w:type="spellStart"/>
      <w:r w:rsidRPr="00272FEB">
        <w:rPr>
          <w:rFonts w:eastAsia="Times New Roman" w:cstheme="minorHAnsi"/>
        </w:rPr>
        <w:t>Shqyrtim</w:t>
      </w:r>
      <w:proofErr w:type="spellEnd"/>
      <w:r w:rsidRPr="00272FEB">
        <w:rPr>
          <w:rFonts w:eastAsia="Times New Roman" w:cstheme="minorHAnsi"/>
        </w:rPr>
        <w:t xml:space="preserve"> </w:t>
      </w:r>
      <w:proofErr w:type="spellStart"/>
      <w:r w:rsidRPr="00272FEB">
        <w:rPr>
          <w:rFonts w:eastAsia="Times New Roman" w:cstheme="minorHAnsi"/>
        </w:rPr>
        <w:t>publik</w:t>
      </w:r>
      <w:proofErr w:type="spellEnd"/>
      <w:r w:rsidRPr="00272FEB">
        <w:rPr>
          <w:rFonts w:eastAsia="Times New Roman" w:cstheme="minorHAnsi"/>
        </w:rPr>
        <w:br/>
      </w:r>
      <w:r w:rsidRPr="00272FEB">
        <w:rPr>
          <w:rFonts w:eastAsia="Times New Roman" w:cstheme="minorHAnsi"/>
          <w:b/>
          <w:bCs/>
        </w:rPr>
        <w:t>Data:</w:t>
      </w:r>
      <w:r w:rsidRPr="00272FEB">
        <w:rPr>
          <w:rFonts w:eastAsia="Times New Roman" w:cstheme="minorHAnsi"/>
        </w:rPr>
        <w:t xml:space="preserve"> </w:t>
      </w:r>
      <w:r>
        <w:rPr>
          <w:rFonts w:eastAsia="Times New Roman" w:cstheme="minorHAnsi"/>
        </w:rPr>
        <w:t>12</w:t>
      </w:r>
      <w:r w:rsidRPr="00272FEB">
        <w:rPr>
          <w:rFonts w:eastAsia="Times New Roman" w:cstheme="minorHAnsi"/>
        </w:rPr>
        <w:t>.8.2026</w:t>
      </w:r>
      <w:r w:rsidRPr="00272FEB">
        <w:rPr>
          <w:rFonts w:eastAsia="Times New Roman" w:cstheme="minorHAnsi"/>
        </w:rPr>
        <w:br/>
      </w:r>
      <w:proofErr w:type="spellStart"/>
      <w:r w:rsidRPr="00272FEB">
        <w:rPr>
          <w:rFonts w:eastAsia="Times New Roman" w:cstheme="minorHAnsi"/>
          <w:b/>
          <w:bCs/>
        </w:rPr>
        <w:t>Vendi</w:t>
      </w:r>
      <w:proofErr w:type="spellEnd"/>
      <w:r w:rsidRPr="00272FEB">
        <w:rPr>
          <w:rFonts w:eastAsia="Times New Roman" w:cstheme="minorHAnsi"/>
          <w:b/>
          <w:bCs/>
        </w:rPr>
        <w:t>:</w:t>
      </w:r>
      <w:r w:rsidRPr="00272FEB">
        <w:rPr>
          <w:rFonts w:eastAsia="Times New Roman" w:cstheme="minorHAnsi"/>
        </w:rPr>
        <w:t xml:space="preserve"> Salla e </w:t>
      </w:r>
      <w:proofErr w:type="spellStart"/>
      <w:r w:rsidRPr="00272FEB">
        <w:rPr>
          <w:rFonts w:eastAsia="Times New Roman" w:cstheme="minorHAnsi"/>
        </w:rPr>
        <w:t>Kuvendit</w:t>
      </w:r>
      <w:proofErr w:type="spellEnd"/>
      <w:r w:rsidRPr="00272FEB">
        <w:rPr>
          <w:rFonts w:eastAsia="Times New Roman" w:cstheme="minorHAnsi"/>
        </w:rPr>
        <w:t xml:space="preserve"> </w:t>
      </w:r>
      <w:proofErr w:type="spellStart"/>
      <w:r w:rsidRPr="00272FEB">
        <w:rPr>
          <w:rFonts w:eastAsia="Times New Roman" w:cstheme="minorHAnsi"/>
        </w:rPr>
        <w:t>të</w:t>
      </w:r>
      <w:proofErr w:type="spellEnd"/>
      <w:r w:rsidRPr="00272FEB">
        <w:rPr>
          <w:rFonts w:eastAsia="Times New Roman" w:cstheme="minorHAnsi"/>
        </w:rPr>
        <w:t xml:space="preserve"> </w:t>
      </w:r>
      <w:proofErr w:type="spellStart"/>
      <w:r w:rsidRPr="00272FEB">
        <w:rPr>
          <w:rFonts w:eastAsia="Times New Roman" w:cstheme="minorHAnsi"/>
        </w:rPr>
        <w:t>Komunës</w:t>
      </w:r>
      <w:proofErr w:type="spellEnd"/>
      <w:r w:rsidRPr="00272FEB">
        <w:rPr>
          <w:rFonts w:eastAsia="Times New Roman" w:cstheme="minorHAnsi"/>
        </w:rPr>
        <w:t xml:space="preserve"> </w:t>
      </w:r>
      <w:proofErr w:type="spellStart"/>
      <w:r w:rsidRPr="00272FEB">
        <w:rPr>
          <w:rFonts w:eastAsia="Times New Roman" w:cstheme="minorHAnsi"/>
        </w:rPr>
        <w:t>së</w:t>
      </w:r>
      <w:proofErr w:type="spellEnd"/>
      <w:r w:rsidRPr="00272FEB">
        <w:rPr>
          <w:rFonts w:eastAsia="Times New Roman" w:cstheme="minorHAnsi"/>
        </w:rPr>
        <w:t xml:space="preserve"> </w:t>
      </w:r>
      <w:proofErr w:type="spellStart"/>
      <w:r w:rsidRPr="00272FEB">
        <w:rPr>
          <w:rFonts w:eastAsia="Times New Roman" w:cstheme="minorHAnsi"/>
        </w:rPr>
        <w:t>Rahovecit</w:t>
      </w:r>
      <w:proofErr w:type="spellEnd"/>
      <w:r w:rsidRPr="00272FEB">
        <w:rPr>
          <w:rFonts w:eastAsia="Times New Roman" w:cstheme="minorHAnsi"/>
        </w:rPr>
        <w:br/>
      </w:r>
      <w:r w:rsidRPr="00272FEB">
        <w:rPr>
          <w:rFonts w:eastAsia="Times New Roman" w:cstheme="minorHAnsi"/>
          <w:b/>
          <w:bCs/>
        </w:rPr>
        <w:t>Ora:</w:t>
      </w:r>
      <w:r w:rsidRPr="00272FEB">
        <w:rPr>
          <w:rFonts w:eastAsia="Times New Roman" w:cstheme="minorHAnsi"/>
        </w:rPr>
        <w:t xml:space="preserve"> 10:30</w:t>
      </w:r>
      <w:r w:rsidRPr="00272FEB">
        <w:rPr>
          <w:rFonts w:eastAsia="Times New Roman" w:cstheme="minorHAnsi"/>
        </w:rPr>
        <w:br/>
      </w:r>
    </w:p>
    <w:p w14:paraId="020832B3" w14:textId="77777777" w:rsidR="006754D5" w:rsidRPr="00272FEB" w:rsidRDefault="006754D5" w:rsidP="006754D5">
      <w:pPr>
        <w:spacing w:before="100" w:beforeAutospacing="1" w:after="100" w:afterAutospacing="1" w:line="240" w:lineRule="auto"/>
        <w:outlineLvl w:val="1"/>
        <w:rPr>
          <w:rFonts w:eastAsia="Times New Roman" w:cstheme="minorHAnsi"/>
          <w:b/>
          <w:bCs/>
        </w:rPr>
      </w:pPr>
      <w:r w:rsidRPr="00272FEB">
        <w:rPr>
          <w:rFonts w:eastAsia="Times New Roman" w:cstheme="minorHAnsi"/>
          <w:b/>
          <w:bCs/>
        </w:rPr>
        <w:t xml:space="preserve">1. </w:t>
      </w:r>
      <w:proofErr w:type="spellStart"/>
      <w:r w:rsidRPr="00272FEB">
        <w:rPr>
          <w:rFonts w:eastAsia="Times New Roman" w:cstheme="minorHAnsi"/>
          <w:b/>
          <w:bCs/>
        </w:rPr>
        <w:t>Hapja</w:t>
      </w:r>
      <w:proofErr w:type="spellEnd"/>
      <w:r w:rsidRPr="00272FEB">
        <w:rPr>
          <w:rFonts w:eastAsia="Times New Roman" w:cstheme="minorHAnsi"/>
          <w:b/>
          <w:bCs/>
        </w:rPr>
        <w:t xml:space="preserve"> e </w:t>
      </w:r>
      <w:proofErr w:type="spellStart"/>
      <w:r w:rsidRPr="00272FEB">
        <w:rPr>
          <w:rFonts w:eastAsia="Times New Roman" w:cstheme="minorHAnsi"/>
          <w:b/>
          <w:bCs/>
        </w:rPr>
        <w:t>shqyrtimit</w:t>
      </w:r>
      <w:proofErr w:type="spellEnd"/>
      <w:r w:rsidRPr="00272FEB">
        <w:rPr>
          <w:rFonts w:eastAsia="Times New Roman" w:cstheme="minorHAnsi"/>
          <w:b/>
          <w:bCs/>
        </w:rPr>
        <w:t xml:space="preserve"> </w:t>
      </w:r>
      <w:proofErr w:type="spellStart"/>
      <w:r w:rsidRPr="00272FEB">
        <w:rPr>
          <w:rFonts w:eastAsia="Times New Roman" w:cstheme="minorHAnsi"/>
          <w:b/>
          <w:bCs/>
        </w:rPr>
        <w:t>publik</w:t>
      </w:r>
      <w:proofErr w:type="spellEnd"/>
    </w:p>
    <w:p w14:paraId="0F8DABF0" w14:textId="77777777" w:rsidR="00C40EB3" w:rsidRPr="006754D5" w:rsidRDefault="00103014" w:rsidP="006754D5">
      <w:pPr>
        <w:jc w:val="both"/>
      </w:pPr>
      <w:r w:rsidRPr="006754D5">
        <w:rPr>
          <w:b/>
        </w:rPr>
        <w:t xml:space="preserve">Albnor Mullabazi, </w:t>
      </w:r>
      <w:proofErr w:type="spellStart"/>
      <w:r w:rsidRPr="006754D5">
        <w:rPr>
          <w:b/>
        </w:rPr>
        <w:t>Drejtor</w:t>
      </w:r>
      <w:proofErr w:type="spellEnd"/>
      <w:r w:rsidRPr="006754D5">
        <w:rPr>
          <w:b/>
        </w:rPr>
        <w:t xml:space="preserve"> I </w:t>
      </w:r>
      <w:proofErr w:type="spellStart"/>
      <w:r w:rsidRPr="006754D5">
        <w:rPr>
          <w:b/>
        </w:rPr>
        <w:t>Drejtorisë</w:t>
      </w:r>
      <w:proofErr w:type="spellEnd"/>
      <w:r w:rsidRPr="006754D5">
        <w:rPr>
          <w:b/>
        </w:rPr>
        <w:t xml:space="preserve"> </w:t>
      </w:r>
      <w:proofErr w:type="spellStart"/>
      <w:r w:rsidRPr="006754D5">
        <w:rPr>
          <w:b/>
        </w:rPr>
        <w:t>për</w:t>
      </w:r>
      <w:proofErr w:type="spellEnd"/>
      <w:r w:rsidRPr="006754D5">
        <w:rPr>
          <w:b/>
        </w:rPr>
        <w:t xml:space="preserve"> </w:t>
      </w:r>
      <w:proofErr w:type="spellStart"/>
      <w:r w:rsidRPr="006754D5">
        <w:rPr>
          <w:b/>
        </w:rPr>
        <w:t>Urbanizëm</w:t>
      </w:r>
      <w:proofErr w:type="spellEnd"/>
      <w:r w:rsidRPr="006754D5">
        <w:rPr>
          <w:b/>
        </w:rPr>
        <w:t xml:space="preserve">, </w:t>
      </w:r>
      <w:proofErr w:type="spellStart"/>
      <w:r w:rsidRPr="006754D5">
        <w:rPr>
          <w:b/>
        </w:rPr>
        <w:t>Planifikim</w:t>
      </w:r>
      <w:proofErr w:type="spellEnd"/>
      <w:r w:rsidRPr="006754D5">
        <w:rPr>
          <w:b/>
        </w:rPr>
        <w:t xml:space="preserve"> dhe </w:t>
      </w:r>
      <w:proofErr w:type="spellStart"/>
      <w:r w:rsidRPr="006754D5">
        <w:rPr>
          <w:b/>
        </w:rPr>
        <w:t>Mbrojtje</w:t>
      </w:r>
      <w:proofErr w:type="spellEnd"/>
      <w:r w:rsidRPr="006754D5">
        <w:rPr>
          <w:b/>
        </w:rPr>
        <w:t xml:space="preserve"> </w:t>
      </w:r>
      <w:proofErr w:type="spellStart"/>
      <w:r w:rsidRPr="006754D5">
        <w:rPr>
          <w:b/>
        </w:rPr>
        <w:t>të</w:t>
      </w:r>
      <w:proofErr w:type="spellEnd"/>
      <w:r w:rsidRPr="006754D5">
        <w:rPr>
          <w:b/>
        </w:rPr>
        <w:t xml:space="preserve"> </w:t>
      </w:r>
      <w:proofErr w:type="spellStart"/>
      <w:r w:rsidRPr="006754D5">
        <w:rPr>
          <w:b/>
        </w:rPr>
        <w:t>Mjedisit</w:t>
      </w:r>
      <w:proofErr w:type="spellEnd"/>
      <w:r w:rsidRPr="006754D5">
        <w:t xml:space="preserve">: </w:t>
      </w:r>
      <w:proofErr w:type="spellStart"/>
      <w:r w:rsidR="00DD3199" w:rsidRPr="006754D5">
        <w:t>Përshëndetje</w:t>
      </w:r>
      <w:proofErr w:type="spellEnd"/>
      <w:r w:rsidR="00DD3199" w:rsidRPr="006754D5">
        <w:t xml:space="preserve"> </w:t>
      </w:r>
      <w:proofErr w:type="spellStart"/>
      <w:r w:rsidR="00DD3199" w:rsidRPr="006754D5">
        <w:t>për</w:t>
      </w:r>
      <w:proofErr w:type="spellEnd"/>
      <w:r w:rsidR="00DD3199" w:rsidRPr="006754D5">
        <w:t xml:space="preserve"> </w:t>
      </w:r>
      <w:proofErr w:type="spellStart"/>
      <w:r w:rsidR="00DD3199" w:rsidRPr="006754D5">
        <w:t>të</w:t>
      </w:r>
      <w:proofErr w:type="spellEnd"/>
      <w:r w:rsidR="00DD3199" w:rsidRPr="006754D5">
        <w:t xml:space="preserve"> </w:t>
      </w:r>
      <w:proofErr w:type="spellStart"/>
      <w:r w:rsidR="00DD3199" w:rsidRPr="006754D5">
        <w:t>gjithë</w:t>
      </w:r>
      <w:proofErr w:type="spellEnd"/>
      <w:r w:rsidR="00DD3199" w:rsidRPr="006754D5">
        <w:t xml:space="preserve"> </w:t>
      </w:r>
      <w:proofErr w:type="spellStart"/>
      <w:r w:rsidR="00DD3199" w:rsidRPr="006754D5">
        <w:t>të</w:t>
      </w:r>
      <w:proofErr w:type="spellEnd"/>
      <w:r w:rsidR="00DD3199" w:rsidRPr="006754D5">
        <w:t xml:space="preserve"> </w:t>
      </w:r>
      <w:proofErr w:type="spellStart"/>
      <w:r w:rsidR="00DD3199" w:rsidRPr="006754D5">
        <w:t>nderuar</w:t>
      </w:r>
      <w:proofErr w:type="spellEnd"/>
      <w:r w:rsidR="00DD3199" w:rsidRPr="006754D5">
        <w:t xml:space="preserve"> </w:t>
      </w:r>
      <w:proofErr w:type="spellStart"/>
      <w:r w:rsidR="00DD3199" w:rsidRPr="006754D5">
        <w:t>qytetarë</w:t>
      </w:r>
      <w:proofErr w:type="spellEnd"/>
      <w:r w:rsidRPr="006754D5">
        <w:t xml:space="preserve">, </w:t>
      </w:r>
      <w:proofErr w:type="spellStart"/>
      <w:r w:rsidR="00DD3199" w:rsidRPr="006754D5">
        <w:t>të</w:t>
      </w:r>
      <w:proofErr w:type="spellEnd"/>
      <w:r w:rsidR="00DD3199" w:rsidRPr="006754D5">
        <w:t xml:space="preserve"> </w:t>
      </w:r>
      <w:proofErr w:type="spellStart"/>
      <w:r w:rsidR="00DD3199" w:rsidRPr="006754D5">
        <w:t>nderuar</w:t>
      </w:r>
      <w:proofErr w:type="spellEnd"/>
      <w:r w:rsidR="00DD3199" w:rsidRPr="006754D5">
        <w:t xml:space="preserve"> </w:t>
      </w:r>
      <w:proofErr w:type="spellStart"/>
      <w:r w:rsidR="00DD3199" w:rsidRPr="006754D5">
        <w:t>koleg</w:t>
      </w:r>
      <w:proofErr w:type="spellEnd"/>
      <w:r w:rsidR="00DD3199" w:rsidRPr="006754D5">
        <w:t xml:space="preserve"> </w:t>
      </w:r>
      <w:proofErr w:type="spellStart"/>
      <w:r w:rsidR="00DD3199" w:rsidRPr="006754D5">
        <w:t>drejtor</w:t>
      </w:r>
      <w:proofErr w:type="spellEnd"/>
      <w:r w:rsidR="00DD3199" w:rsidRPr="006754D5">
        <w:t xml:space="preserve">, </w:t>
      </w:r>
      <w:proofErr w:type="spellStart"/>
      <w:r w:rsidR="00DD3199" w:rsidRPr="006754D5">
        <w:t>përfaqësues</w:t>
      </w:r>
      <w:proofErr w:type="spellEnd"/>
      <w:r w:rsidR="00DD3199" w:rsidRPr="006754D5">
        <w:t xml:space="preserve"> </w:t>
      </w:r>
      <w:proofErr w:type="spellStart"/>
      <w:r w:rsidR="00DD3199" w:rsidRPr="006754D5">
        <w:t>të</w:t>
      </w:r>
      <w:proofErr w:type="spellEnd"/>
      <w:r w:rsidR="00DD3199" w:rsidRPr="006754D5">
        <w:t xml:space="preserve"> </w:t>
      </w:r>
      <w:proofErr w:type="spellStart"/>
      <w:r w:rsidR="00DD3199" w:rsidRPr="006754D5">
        <w:t>kompanisë</w:t>
      </w:r>
      <w:proofErr w:type="spellEnd"/>
      <w:r w:rsidR="00DD3199" w:rsidRPr="006754D5">
        <w:t xml:space="preserve"> hartuese që e kanë qenë bashkë me ne në hartimin e hartës zonale. Sot jemi në takimin përmbyllës të shqyrtimit publik të draftit të hartës zonale 2026-2034. Gjatë këtij muaji ne kemi zhvilluar disa takime. Kem filluar me hapjen e shqyrtimit publik me 16 korrik, ku është bërë edhe prezantimi në këtë sallë të Kuvendit nga kompania. </w:t>
      </w:r>
      <w:proofErr w:type="spellStart"/>
      <w:r w:rsidRPr="006754D5">
        <w:t>Mb</w:t>
      </w:r>
      <w:r w:rsidR="00DD3199" w:rsidRPr="006754D5">
        <w:t>as</w:t>
      </w:r>
      <w:proofErr w:type="spellEnd"/>
      <w:r w:rsidR="00DD3199" w:rsidRPr="006754D5">
        <w:t xml:space="preserve"> </w:t>
      </w:r>
      <w:proofErr w:type="spellStart"/>
      <w:r w:rsidR="00DD3199" w:rsidRPr="006754D5">
        <w:t>kësaj</w:t>
      </w:r>
      <w:proofErr w:type="spellEnd"/>
      <w:r w:rsidR="00DD3199" w:rsidRPr="006754D5">
        <w:t xml:space="preserve"> me </w:t>
      </w:r>
      <w:proofErr w:type="spellStart"/>
      <w:r w:rsidR="00DD3199" w:rsidRPr="006754D5">
        <w:t>zyrtarë</w:t>
      </w:r>
      <w:proofErr w:type="spellEnd"/>
      <w:r w:rsidR="00DD3199" w:rsidRPr="006754D5">
        <w:t xml:space="preserve"> të Drejtorisë së Urbanizmit kam mbajtur edhe disa takime të tjera nëpër vendbanime ku kemi prezantuar draftin e hartës zonale. Qëllimi i këtyre takimeve ka qenë që me informu qytetarët me dokumentin e hartës zonale, në </w:t>
      </w:r>
      <w:proofErr w:type="spellStart"/>
      <w:r w:rsidR="00DD3199" w:rsidRPr="006754D5">
        <w:t>mënyrë</w:t>
      </w:r>
      <w:proofErr w:type="spellEnd"/>
      <w:r w:rsidR="00DD3199" w:rsidRPr="006754D5">
        <w:t xml:space="preserve"> </w:t>
      </w:r>
      <w:proofErr w:type="spellStart"/>
      <w:r w:rsidR="00DD3199" w:rsidRPr="006754D5">
        <w:t>që</w:t>
      </w:r>
      <w:proofErr w:type="spellEnd"/>
      <w:r w:rsidR="00DD3199" w:rsidRPr="006754D5">
        <w:t xml:space="preserve"> </w:t>
      </w:r>
      <w:proofErr w:type="spellStart"/>
      <w:r w:rsidR="00DD3199" w:rsidRPr="006754D5">
        <w:t>brenda</w:t>
      </w:r>
      <w:proofErr w:type="spellEnd"/>
      <w:r w:rsidR="00DD3199" w:rsidRPr="006754D5">
        <w:t xml:space="preserve"> </w:t>
      </w:r>
      <w:proofErr w:type="spellStart"/>
      <w:r w:rsidR="00DD3199" w:rsidRPr="006754D5">
        <w:t>këtij</w:t>
      </w:r>
      <w:proofErr w:type="spellEnd"/>
      <w:r w:rsidR="00DD3199" w:rsidRPr="006754D5">
        <w:t xml:space="preserve"> </w:t>
      </w:r>
      <w:proofErr w:type="spellStart"/>
      <w:r w:rsidR="00DD3199" w:rsidRPr="006754D5">
        <w:t>muaji</w:t>
      </w:r>
      <w:proofErr w:type="spellEnd"/>
      <w:r w:rsidR="00DD3199" w:rsidRPr="006754D5">
        <w:t xml:space="preserve"> </w:t>
      </w:r>
      <w:proofErr w:type="spellStart"/>
      <w:r w:rsidR="00DD3199" w:rsidRPr="006754D5">
        <w:t>të</w:t>
      </w:r>
      <w:proofErr w:type="spellEnd"/>
      <w:r w:rsidR="00DD3199" w:rsidRPr="006754D5">
        <w:t xml:space="preserve"> me </w:t>
      </w:r>
      <w:proofErr w:type="spellStart"/>
      <w:r w:rsidR="00DD3199" w:rsidRPr="006754D5">
        <w:t>paraqit</w:t>
      </w:r>
      <w:proofErr w:type="spellEnd"/>
      <w:r w:rsidR="00DD3199" w:rsidRPr="006754D5">
        <w:t xml:space="preserve"> </w:t>
      </w:r>
      <w:proofErr w:type="spellStart"/>
      <w:r w:rsidR="00DD3199" w:rsidRPr="006754D5">
        <w:t>komentet</w:t>
      </w:r>
      <w:proofErr w:type="spellEnd"/>
      <w:r w:rsidR="00DD3199" w:rsidRPr="006754D5">
        <w:t xml:space="preserve">, </w:t>
      </w:r>
      <w:proofErr w:type="spellStart"/>
      <w:r w:rsidR="00DD3199" w:rsidRPr="006754D5">
        <w:t>vërejtjet</w:t>
      </w:r>
      <w:proofErr w:type="spellEnd"/>
      <w:r w:rsidR="00DD3199" w:rsidRPr="006754D5">
        <w:t xml:space="preserve"> dhe sugjerimet e tyre. Harta zonale është hartuar në bazë të dokumentit të Planit Zhvillimor Komunal. Është e bazuar në Plan Zhvillimor Komunal. Me Plan Zhvillimor Komunal ne e kemi destinu shfrytëzimin e tokës, ndërsa tash me hartë zonale po i caktojmë kushtet për këto zona. Shqyrtimi publik është i hapur deri me 16 gusht. Brenda këtij muaji, këtyre ditëve që kanë mbetur shqyrtimit publik po i presim komentet, vërejtjet, sugjerimet e qytetarëve, në mënyrë që ky dokument me u plotësu dhe pas miratimit me u kon i plotfuqishëm dhe me u kon të mirën e qytetarëve, sepse janë qytetarët ata të cilët kaj me i kërku kushtet brenda-- në kuadër të hartës zonale. Të gjithë komentet që do të vijnë gjatë shqyrtimit publik do të trajtohen nga Komisioni për me u me vendim të kryetarit të komunës. Na, </w:t>
      </w:r>
      <w:proofErr w:type="spellStart"/>
      <w:r w:rsidR="00DD3199" w:rsidRPr="006754D5">
        <w:t>mbase</w:t>
      </w:r>
      <w:proofErr w:type="spellEnd"/>
      <w:r w:rsidR="00DD3199" w:rsidRPr="006754D5">
        <w:t xml:space="preserve"> </w:t>
      </w:r>
      <w:proofErr w:type="spellStart"/>
      <w:r w:rsidR="00DD3199" w:rsidRPr="006754D5">
        <w:t>rregullores</w:t>
      </w:r>
      <w:proofErr w:type="spellEnd"/>
      <w:r w:rsidR="00DD3199" w:rsidRPr="006754D5">
        <w:t xml:space="preserve"> </w:t>
      </w:r>
      <w:proofErr w:type="spellStart"/>
      <w:r w:rsidR="00DD3199" w:rsidRPr="006754D5">
        <w:t>që</w:t>
      </w:r>
      <w:proofErr w:type="spellEnd"/>
      <w:r w:rsidR="00DD3199" w:rsidRPr="006754D5">
        <w:t xml:space="preserve"> </w:t>
      </w:r>
      <w:proofErr w:type="spellStart"/>
      <w:r w:rsidR="00DD3199" w:rsidRPr="006754D5">
        <w:t>është</w:t>
      </w:r>
      <w:proofErr w:type="spellEnd"/>
      <w:r w:rsidR="00DD3199" w:rsidRPr="006754D5">
        <w:t xml:space="preserve"> </w:t>
      </w:r>
      <w:proofErr w:type="spellStart"/>
      <w:r w:rsidR="00DD3199" w:rsidRPr="006754D5">
        <w:t>për</w:t>
      </w:r>
      <w:proofErr w:type="spellEnd"/>
      <w:r w:rsidR="00DD3199" w:rsidRPr="006754D5">
        <w:t xml:space="preserve"> </w:t>
      </w:r>
      <w:proofErr w:type="spellStart"/>
      <w:r w:rsidR="00DD3199" w:rsidRPr="006754D5">
        <w:t>dokumentet</w:t>
      </w:r>
      <w:proofErr w:type="spellEnd"/>
      <w:r w:rsidR="00DD3199" w:rsidRPr="006754D5">
        <w:t xml:space="preserve"> </w:t>
      </w:r>
      <w:proofErr w:type="spellStart"/>
      <w:r w:rsidR="00DD3199" w:rsidRPr="006754D5">
        <w:t>planifikim</w:t>
      </w:r>
      <w:proofErr w:type="spellEnd"/>
      <w:r w:rsidR="00DD3199" w:rsidRPr="006754D5">
        <w:t xml:space="preserve">, </w:t>
      </w:r>
      <w:proofErr w:type="spellStart"/>
      <w:r w:rsidR="00DD3199" w:rsidRPr="006754D5">
        <w:t>Ligjit</w:t>
      </w:r>
      <w:proofErr w:type="spellEnd"/>
      <w:r w:rsidR="00DD3199" w:rsidRPr="006754D5">
        <w:t xml:space="preserve"> </w:t>
      </w:r>
      <w:proofErr w:type="spellStart"/>
      <w:r w:rsidR="00DD3199" w:rsidRPr="006754D5">
        <w:t>për</w:t>
      </w:r>
      <w:proofErr w:type="spellEnd"/>
      <w:r w:rsidR="00DD3199" w:rsidRPr="006754D5">
        <w:t xml:space="preserve"> </w:t>
      </w:r>
      <w:proofErr w:type="spellStart"/>
      <w:r w:rsidR="00DD3199" w:rsidRPr="006754D5">
        <w:t>Planifikim</w:t>
      </w:r>
      <w:proofErr w:type="spellEnd"/>
      <w:r w:rsidR="00DD3199" w:rsidRPr="006754D5">
        <w:t xml:space="preserve"> </w:t>
      </w:r>
      <w:proofErr w:type="spellStart"/>
      <w:r w:rsidR="00DD3199" w:rsidRPr="006754D5">
        <w:t>edhe</w:t>
      </w:r>
      <w:proofErr w:type="spellEnd"/>
      <w:r w:rsidR="00DD3199" w:rsidRPr="006754D5">
        <w:t xml:space="preserve"> Ligjit për hartimin e dokumenteve, e kemi një takim hapës të shqyrtimit publik me u bërë prezantimi, ku qëllimi jonë i mbajtjes edhe takimeve të tjera u kon që me njoftu qytetarët më shumë me dokumentin edhe me, me i shpreh komentet, sugjerimet dhe vërejtjet e tyre që ky dokument me u plotësu. Para se me i kalu fjalën kompanisë për prezantim të dokumentit, po du me ju bë edhe njëherë ftesë që brenda këtyre katër ditëve që na kanë mbet me u adresu me komentet, sugjerimet dhe vërejtjet tuaja për hartën zonale. Unë po du me ia kalu fjalën tash zotit Ismail Bakteri për një prezantim të draftit të hartës zonale. Ju faleminderit.</w:t>
      </w:r>
    </w:p>
    <w:p w14:paraId="4909BE6D" w14:textId="77777777" w:rsidR="00C40EB3" w:rsidRPr="006754D5" w:rsidRDefault="00C40EB3" w:rsidP="006754D5">
      <w:pPr>
        <w:jc w:val="both"/>
      </w:pPr>
    </w:p>
    <w:p w14:paraId="15DB3AD6" w14:textId="77777777" w:rsidR="00C40EB3" w:rsidRDefault="00103014">
      <w:r w:rsidRPr="00103014">
        <w:t xml:space="preserve">Ismail </w:t>
      </w:r>
      <w:proofErr w:type="spellStart"/>
      <w:r w:rsidRPr="00103014">
        <w:t>Baftjari</w:t>
      </w:r>
      <w:proofErr w:type="spellEnd"/>
      <w:r w:rsidRPr="00103014">
        <w:t xml:space="preserve"> – INSI</w:t>
      </w:r>
      <w:r>
        <w:t xml:space="preserve">: </w:t>
      </w:r>
      <w:proofErr w:type="spellStart"/>
      <w:r w:rsidR="00DD3199">
        <w:t>Atëhere</w:t>
      </w:r>
      <w:proofErr w:type="spellEnd"/>
      <w:r w:rsidR="00DD3199">
        <w:t xml:space="preserve"> </w:t>
      </w:r>
      <w:proofErr w:type="spellStart"/>
      <w:r w:rsidR="00DD3199">
        <w:t>i</w:t>
      </w:r>
      <w:proofErr w:type="spellEnd"/>
      <w:r w:rsidR="00DD3199">
        <w:t xml:space="preserve"> </w:t>
      </w:r>
      <w:proofErr w:type="spellStart"/>
      <w:r w:rsidR="00DD3199">
        <w:t>nderuar</w:t>
      </w:r>
      <w:proofErr w:type="spellEnd"/>
      <w:r w:rsidR="00DD3199">
        <w:t xml:space="preserve"> </w:t>
      </w:r>
      <w:proofErr w:type="spellStart"/>
      <w:r w:rsidR="00DD3199">
        <w:t>drejtor</w:t>
      </w:r>
      <w:proofErr w:type="spellEnd"/>
      <w:r w:rsidR="00DD3199">
        <w:t xml:space="preserve">, </w:t>
      </w:r>
      <w:proofErr w:type="spellStart"/>
      <w:r w:rsidR="00DD3199">
        <w:t>shumë</w:t>
      </w:r>
      <w:proofErr w:type="spellEnd"/>
      <w:r w:rsidR="00DD3199">
        <w:t xml:space="preserve"> të nderuar të pranishëm. Ëëë, fillimisht ashtu disa sqarime kryesore. Ëëë, harta zonale që prezentohet sot bazohet në Plan Zhvillimor Komunal. Plani Zhvillimor Komunal është një dokument që është aprovu kohë më herët prej Kuvendit Komunal të Rahovecit. Edhe thjesht gjithçka sa i përket shfrytëzimit të tokës, destinimeve është me Planin Zhvillimor Komunal. Nuk është harta zonale ajo që </w:t>
      </w:r>
      <w:r w:rsidR="00DD3199">
        <w:lastRenderedPageBreak/>
        <w:t>bën ndryshimin e destinimeve. Harta zonale është një dokument i cili përcakton kushtet dhe masat. Kushtet, në kushtet hyn kushtet ndërtimore, kushtet zhvillimore edhe kushtet për zona mbitresore, ndërsa te masat hyn masat për mbrojtje të tokave bujqësore dhe për mbajtje të tjera. Kështu që thjesht du me bo këtë sqarim, kuptimi se po e shohim që çdo herë edhe herën e parë kur u bë prezantimi, pyetjet ishin kryesisht a mund me ndryshu që destinim, a mund këtë dhe at. Harta zonale nuk merret me ndryshim destinimeve. Harta zonale thjesht përcakton kushtet. Edhe kjo duhet me u kon e qartë. Tash e bën, e, Valoni një prezantim të shkurtër, po duhet me u kon e qartë. Kushtet që përcakton harta zonale mund me u diskutua, po qysh mund me u diskutua këto kushte? Kushtet në plotëni bazohen në normat teknike të planifikimit hapësinor. Normat teknike të planifikimit hapësinor i kanë ndarë komunat sipas numrit të banorëve, sipas numrit të banorëve që janë mënda planit zhvillimor komunal. Për numër të banorëve kanë përcaktue strukturat e ndërtueme, koeficienta, gjitha janë aty. Për infrastrukturë rrugore, për kanalizim, për gjelbërim, për-- gjitha përmbajtjet për të cilat duhet me u dhënë kushtet e hartës zonale thjesht janë bazu në plotëni me norma teknike. Edhe tash me na thënë, me na pyetë dikush, edhe se po ju them shumë sinqerisht na kem besue që sot kena me taku veç me ekspertë e me një ekip pak ma të ngushtë e me mujt me diskutu pak ma, pak ma shumë, po jemi të kënaqur ashtu kështu që ka edhe qytetarë tjerë, për të cilët duhet një prezantim pak ma i ve-- ma, ma, ma i thjeshtësuem në kuptimin që me e kuptu e, edhe thjesht, unë, gjitha ato çka janë vendosë sistem janë punu sipas direktivave të Bashkimit Evropian, INSPIRE, ILUX, HRLSC, sipas normave teknike të planifikimit. Nëse normat teknike të planifikimit e ka përcaktu një përmbajtje për ISN në zonë të caktume në, në Raveç, nuk mujna me u vendru as nasë, askush, se është, është e bazu me norma dhe ligj. Mirëpo, qyshdo që të jetë, ne po mundohemi me bë një prezantim të shkurtë të dokumentit. Valon e bëni prezantim të shkurtër edhe besoj që Ermendi për densitet ndërtimore, për intensitet ndërtimi, për struktura ndërtimore mund me dhënë sqarime ma, ma të detajume. Mirë, po unë e di që ndoshta interesi juv është me fol për ndryshim destinimit, po veç po ju tregoj prej fillimit që harta në zonale nuk është ai dokument që ka me u marr me ndryshim destinimi. As-- thjesht kjo është përfundu me plan zhvillimor komunal. Thjesht gjithçka çka është vendosë sistem me plan zhvillimor komunal, na sot vetëm kena me diskutu, si që kena e pa që kemi me diskutu për kushte ndërtimore, kushte zhvillimore dhe masa. Për atë mujna me fol. Edhe për atë mujna me fol mënda normave teknike të planifikimit. Faleminderit.</w:t>
      </w:r>
    </w:p>
    <w:p w14:paraId="166CD20D" w14:textId="77777777" w:rsidR="00C40EB3" w:rsidRDefault="00C40EB3"/>
    <w:p w14:paraId="67C2F9F0" w14:textId="77777777" w:rsidR="00C40EB3" w:rsidRDefault="00103014">
      <w:proofErr w:type="spellStart"/>
      <w:r w:rsidRPr="00103014">
        <w:rPr>
          <w:b/>
        </w:rPr>
        <w:t>Valon</w:t>
      </w:r>
      <w:proofErr w:type="spellEnd"/>
      <w:r w:rsidRPr="00103014">
        <w:rPr>
          <w:b/>
        </w:rPr>
        <w:t xml:space="preserve"> </w:t>
      </w:r>
      <w:proofErr w:type="spellStart"/>
      <w:r w:rsidRPr="00103014">
        <w:rPr>
          <w:b/>
        </w:rPr>
        <w:t>Gërmiza</w:t>
      </w:r>
      <w:proofErr w:type="spellEnd"/>
      <w:r w:rsidRPr="00103014">
        <w:rPr>
          <w:b/>
        </w:rPr>
        <w:t xml:space="preserve"> – INSI</w:t>
      </w:r>
      <w:r>
        <w:rPr>
          <w:b/>
        </w:rPr>
        <w:t xml:space="preserve">: </w:t>
      </w:r>
      <w:proofErr w:type="spellStart"/>
      <w:r w:rsidR="00DD3199">
        <w:t>Faleminderit</w:t>
      </w:r>
      <w:proofErr w:type="spellEnd"/>
      <w:r w:rsidR="00DD3199">
        <w:t xml:space="preserve"> </w:t>
      </w:r>
      <w:proofErr w:type="spellStart"/>
      <w:r w:rsidR="00DD3199">
        <w:t>shumë</w:t>
      </w:r>
      <w:proofErr w:type="spellEnd"/>
      <w:r w:rsidR="00DD3199">
        <w:t xml:space="preserve">, </w:t>
      </w:r>
      <w:proofErr w:type="spellStart"/>
      <w:r w:rsidR="00DD3199">
        <w:t>drejtor</w:t>
      </w:r>
      <w:proofErr w:type="spellEnd"/>
      <w:r w:rsidR="00DD3199">
        <w:t xml:space="preserve">. Faleminderit shumë, Ismail. Ju faleminderit shumë që keni gjetë kohë me ardh sot edhe me qenë present këtu. Gjatë këtij prezantimi na e përcjellët pak a shumë në vija të rrashë obligimet ligjore, po gjithashtu edhe ajo çka ka planifiku, domethënë me hartën zonale. Edhe siç tha Ismail më herët, ky dokument nuk është dokument autonom njëqind për qind. Duhet me u bazu në Planin hapësinor të Kosovës, në hartën zonale të Kosovës, edhe pse është draft, nuk është i miratuem ende, planet hapësinore për zona të veçanta dhe gjithashtu duhet me u bazu edhe në Planin zhvillimor komunal. Domethënë ndryshimet nuk munën me qenë sa i përket shfrytëzimit të tokës dhe kufijve të shfrytëzimeve të tokës që kanë qenë të përcaktuara me </w:t>
      </w:r>
      <w:r w:rsidR="00DD3199">
        <w:lastRenderedPageBreak/>
        <w:t xml:space="preserve">Plan zhvillimor komunal, nuk munën me u ndryshu me hartën zonale. Këto kërkesat është dashur me u vendosë gjatë kohës së shqyrtimit publik të zh-- hartimit të Planit zhvillimor komunal. Baza ligjore për hartimin e hartës zonale komunale është që-- bazohet në Ligjin për planifikimin hapësinor, gjithashtu në Udhëzimin administrativ mbi elementet dhe kërkesat themelore për zbatimin dhe monitorimin e hartës zonale, po gjithashtu edhe Udhëzimi administrativ me normat teknike të planifikimit hapësinor. Të gjitha këto dokumente që i përmendëm më herët dhe kët-këto kornizën ligjore që e përmenda tash i paraqesin disa kufizime komunës gjatë procesit të planifikimit, domethënë me qenë në përputhje të plotë me këto kërkesa ligjore. Përndryshe, ku shkon ministria, ministria verifikon edhe nëse nuk është në përputhje të plotë edhe me PZHK-në, Planin zhvillimor komunal, edhe me ligjin, atëhere ministria nuk i jep miratimin për me procedu më tutje në Kuvendin komunal për miratim përfundimtar. Po. Po ashtu, doja me theksu që pjesëmarrja publike është obligative sipas ligjit të ri. Gjithashtu obligative është edhe digjitizimi i të dhënave të planifikimit hapësinor me platformën GIS. Po ashtu, ligji i ri dhe norma-- Udhëzimi administrativ për normat teknike të planifikimit hapësinor ka përcaktu se për shfrytëzimin edhe përdorimin e tokës duhet me përdorë Hilux-i, që është një sistem që përdoret në shtetet anëtare të Bashkimit Evropian dhe rregullat mbështetëse, të cilat gjithashtu janë obligative gjatë hartimit të këtij dokumenti. Harta zonale e komunës, siç e përmendëm më herët, është një dokument multisektorial që përcakton llojin, destinimin dhe shfrytëzimin e planifikuar të hapësirës dhe kushtet dhe masat e veprimit të cilat do të zbatohen në të ardhmen për tetë vitet e ardhshme. Me, me hartën zonale përcaktohen kushtet dhe masat e përgjithshme komplet për territorin e komunës së Ravecit, pastaj kushtet dhe masat zhvillimore, kushtet ndërtimore për secilën zonë ku janë paraparë ndërtimet, si dhe masat mbrojtëse, por edhe përmbajtjet e tjera të cilat duhet trajtuar me sukses-- me kujdes. Domethënë kjo, ky dokument është i strukturuem sipas Udhëzimit administrativ për hartimin, zbatimin dhe monitorimin e hartës zonale të komunës dhe ky dokument ka përcaktu që ky-- harta zonale e komunës me pasë dy pjesë, pjesën tekstuale dhe pjesën hartografike. Sa i përket pjesës tekstuale, harta përmban, domethënë, aspektin, eh, tekstual. Është diku në treqind e pesëdhjetë faqe që është përgatit pjesën tekstuale, dhe pjesa tekstuale i përbëhet nga këto pjesë: hyrja, arsyejtimi, kushtet e përgjithshme për zhvillim në të gjitha zonat, lista e zonave dhe zonat mbrojtësore, zonat e destinuara dhe kushtet zhvillimore, përfshirë edhe kushtet ndërtimore, zonat mbrojtësore dhe kushtet zhvillimore në këto zona mbrojtësore, gjithashtu kushtet zhvillimore për infrastrukturën teknike, infrastrukturën rrugore, infrastrukturën publike dhe sociale. Gjithashtu janë edhe disa masa për trajtimin dhe rregullimin e vendbanimeve joformale. Pastaj, pjesa tjetër është arsyejtimi për nevojën e hartimit të planeve rregulluese të nevojshme, plani i veprimit për zbatim, gjithashtu janë edhe disa dispozita të tjera administrative sa i përket administrimit dhe monitorimit të zbatimit. Domethënë, sa i përket hyrjes, ne e kemi përgatit pjesën e hyrjes dhe pak a shumë kjo është përmbajtja që u përgatit në pjesën e hyrjes, por duke marrë parasysh që do-- ky dokument është edhe në vefaqe, nuk do të shkojmë nëpër dokument se është treqind e shtatë faqe dhe është e pamundur që, për shembull, me i mbulu të gjitha aspektet e këtij dokumenti. Mirëpo, siç shihet, domethënë, pjesa e hyrjes është e përfundume. Pastaj kemi edhe pjesën e [ kollitje] , e kemi edhe pjesën e </w:t>
      </w:r>
      <w:r w:rsidR="00DD3199">
        <w:lastRenderedPageBreak/>
        <w:t xml:space="preserve">arsyejtimeve. Këtu janë arsyejtimet ligjore, mjedisore dhe ekonomike dhe si dhe financiare dhe që kanë ndikim social për banorët e komunës së Rahovecit. Pastaj kemi pjesën e kushteve të përgjithshme, ku caktohen disa kushte të përgjithshme për të gjitha ato zonat të cilat janë mbrenda territorit të komunës së Rahovecit. Më tej janë edhe lista e zonave dhe zonave mbrojtësore. Lista e zonave të cilat janë zonat bazë, ku paraqiten për secilën zonë janë kushtet e veçanta të përpiluara për zhvillimin në territorin e komunës dhe lista e zonave mbrojtësore në të cilat zona faktikisht, zonat mbrojtësore përdoren për zonat të cilat janë cënuara nga fatkeqësitë natyrore apo fatkeqësitë njerëzore. E keni rastin e zjarreve, e keni rastet e vërshimeve, e keni rastet e erozioneve, domethënë, ato zona ku ka rrezikshmëri të lartë janë kushtet e veçanta plotësuese të cilat duhet mu zbatu përmes kushteve të përcaktuara në kushtet zhvillimore, e, për zonat mbrojtësore. Po ashtu, ndoshta duhet mu ndal pak te kushtet e zonave të destinuara dhe kushtet zhvillimore duke përfshirë kushtet ndërtimore. Domethënë, këtu kontrollohet, domethënë, vendndodhja, intensiteti, densiteti dhe karakteri i zhvillimit. Ndoshta Armendi më vonë mund me na shpjegu pak a shumë në hollësi për këtë, nëse ka nevojë. Pastaj kemi zonat mbrojtësore dhe kushtet zhvillimore për këto zona. Janë përgatit edhe kushtet zhvillimore për infrastrukturën teknike. Infrastrukturë teknike përfshiet rrjeti i ujësjellësit, kanalizimit, impiantet e trajtimit të ujërave të zeza, sistemin e drenazhimit të ujërave atmosferike, rrjeti i ujitjes, domethënë, të tokave bujqësore, rrjeti i shpërndarjes lokale me energji termike, gjithashtu edhe me energji elektrike, telekomunikacionit, rrjeti i grumbullimit dhe menaxhimit, deponimit të mbeturinave mbi tokësorë dhe nëntokësorë, si dhe ndërtesat dhe hapësirat reciklim edhe dikompozim. Po ashtu edhe për infrastrukturën rrugore janë paraqit kushtet zhvillimore që do të zbatohen atë-- përgjatë vetë tetë viteve të ardhshme në territorin e komunës së Rahovecit. Po ashtu, janë paraqit edhe kushtet zhvillimore për infrastrukturë publike sociale ku bëjnë pjesë paqet publike, hapësirat e hapura publike, pastaj fushat sportive dhe fushat rekreative, hapësirat rekreative, hapësirat dhe ndërtimet për shërbime mjekësore, shërbime sociale, për shërbime arsimore, qendrat administrative, hapësirat për ndërtesat e sigurisë, si dhe varezat publike. Po ashtu, edhe trajtimi i vendbanimeve form-- joformale është kërkesë ligjore që të gjitha komunat t'i trajtojnë vendbanimet joformale dhe të rregullohen ato çështje të cilat sigurojnë qasje të barabartë të gjithë banorëve, pavarësisht nëse është vendbanim formal apo joformal. Pastaj është arsyejtimi për hartimin e planeve rregulluese, të cilat janë identifiku disa zona mbrenda territorit të komunës ku planifikohet hartimi i këtyre dokumenteve dhe keni planin e veprimit për zbatim, i cili paraqet me hollësi gjithçka çka është planifikuar mbrenda territorit të komunës së Rahovecit për mu implementu edhe zbatu gjatë tetë viteve të ardhshme. Kemi edhe dispozitat për administrim, zbatim dhe monitorim, por kjo nuk ka të bëjë me pjesën e kërkesave qytetarëve se këtu janë çështje administrative që komuna duhet me i përfillë gjatë përgat-- gjatë zbatimit të këtij dokumenti, siç për shembull janë rregullzimet për raportet vjetore monitoruese, të cilat komuna është e obliguar me i përgatit edhe përpilu, domethënë, për çdo vit. Pastaj janë pjesët të cilat kanë të bëjnë me kushtet për ato parcela ku ka ndryshime, përjashtime dhe ato parcela ku lejohen bonuse të zonimit. Dhe e kemi në fund, domethënë, pjesën e dytë të dokumentit, e cila është pjesa hartografike. Dhe për mos me ju marr më shumë kohë, vetëm të hapim, domethënë, radhitjen e këtyre hartave që janë përgatit, hartat </w:t>
      </w:r>
      <w:r w:rsidR="00DD3199">
        <w:lastRenderedPageBreak/>
        <w:t>e të dhënave bazë të-- me të dhëna topografike, harta me sipërfaqet e ndërtimit me rëndësi për Kosovën, harta zonale e shfrytëzimit bazë të tokës Harta zonale e shfrytëzimit të tokës bujqësore, harta e zonave mbështetëse, harta korridoreve dhe infrastrukturës rrugore, harta infrastrukturës publike dhe sociale, rrjeti i ujësjellësit, rrjeti i kanalizimit, sistemet e drenazhit, rrjeti i ujitjes, rrjeti shpërndarës lokal me energji termike dhe atë elektrike, rrjeti i telekomunikacionit, ndërtesa dhe hapësirat për riciklim dhe kompozim. Pastaj janë hartat e vendbanimeve joformale, planet e rregulluese, si dhe harta e bonusëve të zonimit. Me këto, të gjitha këto harta janë kërkesë ligjore që ka paracaktuar udhëzimi administrativ për përgatitjen e këtij dokumenti dhe këto të gjitha janë të përfshira. Dhe unë ndoshta do ta kisha përmbyll këtë prezantim, ndoshta vetëm duke hapi hartën që është kryesore, harta për shfrytëzimin e tokës dhe ndoshta do t'ia jep fjalën Armendit pak për me bisedu në lidhje me kushtet sa i përket intensitetit.</w:t>
      </w:r>
    </w:p>
    <w:p w14:paraId="3DFB5563" w14:textId="77777777" w:rsidR="00C40EB3" w:rsidRDefault="00C40EB3"/>
    <w:p w14:paraId="6E0791B3" w14:textId="77777777" w:rsidR="00C40EB3" w:rsidRDefault="00BD13CC">
      <w:r>
        <w:t xml:space="preserve"> </w:t>
      </w:r>
      <w:proofErr w:type="spellStart"/>
      <w:r>
        <w:t>Armend</w:t>
      </w:r>
      <w:proofErr w:type="spellEnd"/>
      <w:r>
        <w:t xml:space="preserve"> </w:t>
      </w:r>
      <w:proofErr w:type="spellStart"/>
      <w:r>
        <w:t>Sokoli</w:t>
      </w:r>
      <w:proofErr w:type="spellEnd"/>
      <w:r>
        <w:t xml:space="preserve">- INSI: </w:t>
      </w:r>
      <w:proofErr w:type="spellStart"/>
      <w:r w:rsidR="00DD3199">
        <w:t>Përshëndetje</w:t>
      </w:r>
      <w:proofErr w:type="spellEnd"/>
      <w:r w:rsidR="00DD3199">
        <w:t xml:space="preserve"> </w:t>
      </w:r>
      <w:proofErr w:type="spellStart"/>
      <w:r w:rsidR="00DD3199">
        <w:t>të</w:t>
      </w:r>
      <w:proofErr w:type="spellEnd"/>
      <w:r w:rsidR="00DD3199">
        <w:t xml:space="preserve"> </w:t>
      </w:r>
      <w:proofErr w:type="spellStart"/>
      <w:r w:rsidR="00DD3199">
        <w:t>gjithëve</w:t>
      </w:r>
      <w:proofErr w:type="spellEnd"/>
      <w:r w:rsidR="00DD3199">
        <w:t xml:space="preserve">! Faleminderit, Valon! Përshëndetje qytetarë të pranishëm, ekspertë, profesionistë. Ajo </w:t>
      </w:r>
      <w:proofErr w:type="spellStart"/>
      <w:r w:rsidR="00DD3199">
        <w:t>që</w:t>
      </w:r>
      <w:proofErr w:type="spellEnd"/>
      <w:r w:rsidR="00DD3199">
        <w:t xml:space="preserve"> </w:t>
      </w:r>
      <w:proofErr w:type="spellStart"/>
      <w:r w:rsidR="00DD3199">
        <w:t>deri</w:t>
      </w:r>
      <w:proofErr w:type="spellEnd"/>
      <w:r w:rsidR="00DD3199">
        <w:t xml:space="preserve"> </w:t>
      </w:r>
      <w:proofErr w:type="spellStart"/>
      <w:r w:rsidR="00DD3199">
        <w:t>tani</w:t>
      </w:r>
      <w:proofErr w:type="spellEnd"/>
      <w:r w:rsidR="00DD3199">
        <w:t xml:space="preserve"> e sqaroi edhe Valoni edhe parapëlqyesi im, Ismail, ishte më shumë kërkesat ligjore, të cilat normalisht janë obligime ku harta zonale gjatë hartimit dhe gjatë procesit duhet të i respektojë ato. Është shumë e rëndësishme me e cekë që fillimisht te kushtet zhvillimore dhe kushtet ndërtimore e janë të dhëna për të gjitha zonat. Ne, siç e shohim pjesën hartografike, kjo është një hartë e shfrytëzimit të tokës, e cila është e bazuar në planin zhvillimor komunal, i cili është i aprovuar, por e kemi kufijtë ndërtimor për të gjitha zonat, për të gjithë territorin e komunës së Rahovecit. Kur flasim për zona është shumë e rëndësishme me e specifikua edhe me e sqarua se çka nënkuptojmë me një zonë. Zonë kuptojmë grup parcelash të cilat kanë një shfrytëzim dhe destinim të njëjtë. Për shembull, grup parcelash dy apo më shumë parcela, të cilat janë të planifikuara për zhvillim të banimit, pa marrë parasysh banimi individual apo kolektiv. Dy apo më shumë parcela, të cilat janë të planifikuara për tokë bujqësore, për tokë-- zonë komerciale, zonë industriale, siç e shohim në pjesën e hartës mbrapa meje. [thirrje telefoni në background] Bazuar në udhëzimin administrativ për hartimin e harte zonale, këto zona duhet të identifikohen me kode. Pra, siç e shohim, kodet janë të paraqitura në hartën e shfrytëzimit të tokës. Pa, Ismail. Në hartën e shfrytëzimit të tokës dhe për të gjitha këto kode, në pjesën tekstuale janë të dhëna kushtet zhvillimore dhe kushtet ndërtimore. Është shumë e-- po. Është shumë e rëndësishme të sqarohet çka janë kushtet zhvillimore dhe janë-- çka janë kushtet ndërtimore. Kushtet zhvillimore, bazuar në udhëzimin administrativ për hartën zonale, janë kushtet, shembull, kushtet zhvillimore të lejuara janë shfrytëzimet të cilat lejohen brenda asaj zone. Ne e dimë që brenda një zone të banimit lejohet, përveç banimit, lejohet me pasur infrastrukturë rrugore, një-një ndërtesë, ndoshta i një marketi, gjithçka që shfrytëzohet për nevoja të banimit, por jo në dëm të banimit. Te shfrytëzimet e lejuara dytësore janë shfrytëzime të cilat janë shfrytëzime vartëse të banimit që i përmendna, që mund të jetë një, pa marrë parasysh një furrë buke, një market, diç-- për nevoja të banimit. Kemi shfrytëzimet e lejuara të përkohshme. Këto shfrytëzime janë shfrytëzime të cilat ndërtohen, jepen kushtet ndërtimore, jepet leje për një periudhë të caktuar, ku mbrapsht ajo na mundet me u heq në tërësi në periudhën e vet. Dhe </w:t>
      </w:r>
      <w:r w:rsidR="00DD3199">
        <w:lastRenderedPageBreak/>
        <w:t xml:space="preserve">shfrytëzimet e ndaluara, kuptohet, janë shfrytëzime të cilat nuk lejohen me u zhvilluar mbana një zone të banimit. Shembull, industri, fabrika etj., etj., shkaku i pengimit që i bëhet një zone të tillë. Përveç kësaj na janë kushtet ndërtimore. Kushtet ndërtimore, nëse shohim një zonë të banimit, shembull që e kemi këtu me-me-me kode, shembull ZB1, në këtë fshatin Drinoc që na rastisi, mbana këtyne zonave të banimit kemi kushtet ndërtimore. Kushtet ndërtimore janë të përcaktuara në bazë të udhëzimit administrativ për hartimin e harte zonale, ku brenda saj na e kemi shfrytëzimin për çka bëhet, siç e kemi banim, dhe e kemi pjesën e kushteve siç është etazhiteti, indeksi i shfrytëzimit të parcelës, indeksi ndërtimor, distancat anësore sa duhet të shtyhemi nga-nga fqinjët, është parcela minimale e cila rrjedh si rezultat i distancave. Shembull, nëse ne e kemi një parcelë ndërtimore minimale që e kemi pesë ari, normal që me-me distancat që duhet të shtyhemi nga fqinjët, rrjedh si rezultat edhe indeksi i shfrytëzimit të parcelës ku me etazhitetin e kemi koeficientin. Pra, asnjëra prej këtyne kushteve nuk rrjedh si rezultat i, po mendoj, i një hamendësimi apo diçka. Janë norma teknike të planifikimit hapësinor, të cilat e japin pjesën edhe kufizojnë pjesën e kushteve ndërtimore. Shumë herë kemi pasë diskutime me qytetarë, me ekspertë, me profesionistë. "Po pse në qytetin tonë nuk shkon koeficienti pesë, gjashtë ose shtatë?" Janë norma teknike të planifikimit hapësinor, të cilat i kanë përcaktu strukturat e ndërtuara. Shembull, përcaktimi bëhet mbi numrin e banorëve që i ka të planifikuar me planin zhvillimor komunal. Nëse plani zhvillimor aty caktohet saktësisht, që mundem edhe me pa më vonë. Nëse plani zhvillimor komunal thotë që Komuna e Rahovecit ka me i pasë shembull deri në pesëdhjetë mijë banorë më af tetë vite, po supozoj, normal që koeficienti, normat teknike nuk të lejojnë me e kalu koeficientin tre, po të nuk kon dy pikë pesë. Për qytetet të cilat janë mbi pesëdhjetë mijë kalon tre. Për qytetet të cilat janë mbi njëqind mijë banorë, siç e kemi Prishtinën e tjera, kalon në koeficientin katër. Janë koeficientët bazë të cilat i cakton ministria, i ka caktuar me norma teknike të planifikimit, të cilat nuk pranohen të te kalohen ato. Sa i përket kushteve ndërtimore, Valona, a mundesh me ndihmu me mi gjetë veç pjesën tekstuale? Kërkoj prej Valonit veç tek pjesa tekstuale. Veç kushtet ndërtimore të një zone, cila pa marrë parasysh. OK. Shembull, në këtë pjesë, thamë, pjesa tekstuale është e ndërlidhur me zon-- me pjesën hartografike. Nëse në hartë e shohim një zonë të banimit, shembull një, që e pamë atje, pjesa tekstuale jep kushtet zhvillimore dhe ndërtimore për atë zonë. Për shembull, nëse e shohim një ZB-1 këtu që është, është sipërfaqe rurale me intensitet të ulët. Pra, në bazë të numrit të banorëve, norma teknike të planifikimit këtë zonë përcakton si sur-sipërfaqe rurale me intensitet të ulët. Duhet të jetë një fsh-- e pamë shembull një fshat tash, krejt fshati i Drenocit, që për kët-për këto lloje të, a, zonave i kemi shfrytëzimet e lejuara, çka lejohet brenda atyne, shfrytëzimet e lejuara dytësore, shfrytëzimet e veçanta, të përkohshme dhe të ndaluara. Të gjitha këto, për të qenë më e lehtë edhe për ekspertët, arkitektët të cilët kanë me bo projekte dhe me marrë leje ndërtimore, është e paraqitur edhe në formë tabelare, ku tregon çka është shfrytëzimi i lejuar, çka është i përkohshëm, çka është i ndaluar. Gjithashtu, janë edhe kushtet ndërtimore të cilat janë në pjesë tekstuale. Tregon që në ZB-1, shembull, etazhiteti është dy kate, përkatësisht P+1. Kjo rrjedh si rezultat i normativave të cilat çkojnë, të thotë, përkrah me numrin e banorëve të cilët janë planifikuar me Planin Zhvillimor Komunal. Se ligjvënësi na ka përcaktuar që harta zonale duhet të jetë e bazuar në Planin Zhvillimor Komunal. </w:t>
      </w:r>
      <w:r w:rsidR="00DD3199">
        <w:lastRenderedPageBreak/>
        <w:t xml:space="preserve">Gjithashtu është rruga rregulluese e përcaktuar, rrugët ndërtimore dhe të gjitha këto kushte ndërtimore më lehtë edhe më qartë mund t'i shohim tek pjesa tabelare. Janë distancat anësore, sa duhet të jemi nga fqinjet dhe, ë-ë-ë, nga parcela, kufiri i parcelës katastrale më falni, dhe të gjitha këto ne mund t'i shohim në pjesën tabelare ku e shohim lart shembull që është ZB-1, kjo tabelë e tregon llojin e ndërtesës, ndërtes-- për secilin lloj të ndërtesës që e lejon pra Udhëzimi Administrativ, janë të dhëna kushtet. Ndërtesë e veçantë është ndërtesë nishe, që-- ni-një shtëpi që e quajmë, ndërtesë dyshe ku janë dy shtëpija të ngjitura dhe ndërtesat në varg që i dimë janë ndërtesa në, në rradhë. Por të gjitha këto janë të dhëna. Për... më falni, rruga rregulluese, rruga ndërtimore, shembull në këtë rast e kemi gjashtë metra prej, prej vijës rregulluese. Etazhiteti është P+1. Lartësia maksimale është nënt, ku llogariten dy kate plus kurora e objektit, domethënë kulmi që e, e themi ne. Mirëpo, janë edhe distancat anësore. Janë distancat anësore sa duhet të jetë prej fqinjit me dritare primare, me dritare sekondare, sa duhet nëse ki dritare kah fqinji, sa duhet me u largu. Norma teknike thonë që për çdo 1.5 metër shembull, e lartësisë duhet të largohesh një metër, ë, distancë, që në këtë rast këto e kufizojnë edhe parcelën minimale që i bie që ti ni-një shtëpi të veçantë, nishe, nuk mundesh me e ndërtu në më pak se, shembull në këtë rast është, është për zona rurale ku parcelat janë më të mëdha, ja na e dimë, në minimum është nën ari me i pasë. Në këtë rast shembull nëse shkojmë te zonat e qytetit, për mes çka unë është tha me pa edhe dallimin, shembull ZB-3 që është një zonë për shtëpi me ana të qytetit, ku ndërtesat e veçanta dyshe dhe në varg i kanë këto kushte. Është etazhiteti P+2, për shtëpia jom ka flas, lartësia maksimale dymëdhjetë metra, dymëdhjetë metra lartësi, rruga ndërtimore çdo-- për çdo dy metra lartësi duhet të shtyhesh një metër distancë, ku këtë kjo rrjedh si rezultat i Indeksit të Shfrytëzimit të Parcelës, i SN-ja dhe e kemi shembull minimumi për me bo një shtëpi nishe duhet me i pasë minimumi tre ari. Shkaku i distancës anësore që duhesh me i pasë prej fqinjëve, në këto, në këto tre ari nuk mundet, se është pjesë e normativës që e ka Udhëzimi Administrativ mbi Normat Teknike të Planifikimit që del nga ministria. Shtëpia dyshe mund të bëhet ka dy ari e gjysë dy parcela dhe ngjiten me ana-- domethënë me deri në izolim, e edhe shtëpitë në varg mund të jenë disa, domethënë është-- nëse nuk gaboj është deri në tetë shtëpi që munden me u ngjitë njëra me tjetrën. Dy, tri, katra, pesë, gjashtë e tjera munden me u ngjitë njëra me tjetrën, ku mund me i pasë vetëm ka dy ari. Këto janë gjëra, sa me thënë domethënë profesionale, të cilat janë pjesë e Udhëzimit Administrativ, të cilat duhet t'i respektojmë. Përveç të tjerash, ë, logjika edhe parimi i njëjtë është gjithmonë mbi Normat Teknike të Planifikimit Hapësinor. Harta zonale, kushtet ndërtimore, obligimet ka me i bazu në këto norma. Këto janë-- rrjedhin prej Udhëzimit Administrativ i Ligjit për Planifikim Hapësinor, mbi bazën e të cilit edhe mirëtohet Plani. Edhe nuk-- çka them, nuk është që diçka që varet edhe prej, prej ndryshimit që mujna me, me e bo. Ajo çka nashta du edhe me e theksu është te shpërndarja e intensitetit në, në qytet. E thamë që normat teknike i kanë strukturat e ndërtuara. Mbrani qyteti, intensiteti i zhvillimit prej banimit kolektiv te-- të kalu në banim individual, po ju, po ju lidh nga banimi se këtu është pyetja që me njëfarë mënyre është ndoshta zona më e frekuentuar, më së shumti aty edhe jetojmë. Kjo, thamë që bohet në bazë të numrit të banorëve. Mirëpo, ne e kemi një Plan Zhvillimor Komunal paraprak që është i aprovuar, mbi të cilin duhet me u bazu harta zonale komunale dhe në ato janë të caktuara intensitetet e </w:t>
      </w:r>
      <w:r w:rsidR="00DD3199">
        <w:lastRenderedPageBreak/>
        <w:t>zhvillimit. Në Plan Zhvillimor Komunal thuhet që në këtë zonë duhet të jetë intensitet i lartë. Tash intensiteti i lartë, strukturat e ndërtuara të kalojnë sa e ki intensitetin në bazë të numrit të banorëve. Ka zona që si ki në, në-- nuk i ki mbi pesëdhjetë mijë, e ki koeficientin 2.5. Edhe thjesht, këto rrjedhin si rezultat i politikave zhvillimore që i ka bo komuna gjatë hartimit të Planit Zhvillimor Komunal. U tha më herët edhe prej Ismailit që harta zonale i merr planifikimit. Nëse Plani Zhvillimor Komunal ka thanë banim, kemi me pasë këtë zonë me intensitet të lartë, harta zonale e bazuar në norma teknike, e bazuar në strukturat e ndërtuara merr edhe jep kushte ndërtimore siç i pamë Për atë zonë të banimit individual, sa ka me qenë etazhiteti, sa ka me qenë distanca, sa ka me qenë parcelën minimale kur kush nuk don me pas pesë ari parcelën, po minimumi është tre ari se në rregulloren teknike nuk e thonë më pak. Pra, thjesht nëse kemi diçka me diskutu rreth norm-- më falni, rreth kushte ndërtimore, patjetër që mundemi me diskutu. Na-- unë mendoj që duhemi me pasë qartë që harta zonale është një proces. Na edhe sot kur po flasim jena mrena procesit. Pra një shqyrtim publik ku qytetarët sh-- japin komente, japin kërkesa, është shumë normale me pasë edhe, edhe, edhe sugjerime edhe propozime patjetër, ku bëhet një komision i cili analizon aspektin profesional këtu, edhe e ban një raport në fund i cili tregon arsyen e aprovimit, arsyen e mos aprovimit, shkaku që vjen ndesh me këtë ligj nga ato, etj., etj. Unë nuk sha dashtë diçka me shtu, vetëm nëse menoni që nuk kom sqaru diçka çka, çka ju menoni që duhet me u sqaru, asnjë problem. Ju faleminderit për vëmendje.</w:t>
      </w:r>
    </w:p>
    <w:p w14:paraId="336D7EF5" w14:textId="77777777" w:rsidR="00C40EB3" w:rsidRDefault="00C40EB3"/>
    <w:p w14:paraId="0AAC4B75" w14:textId="77777777" w:rsidR="00C40EB3" w:rsidRDefault="00BD13CC">
      <w:r>
        <w:rPr>
          <w:b/>
        </w:rPr>
        <w:t xml:space="preserve">Albnor Mullabazi: </w:t>
      </w:r>
      <w:proofErr w:type="spellStart"/>
      <w:r w:rsidR="00DD3199">
        <w:t>Faleminderit</w:t>
      </w:r>
      <w:proofErr w:type="spellEnd"/>
      <w:r w:rsidR="00DD3199">
        <w:t xml:space="preserve"> </w:t>
      </w:r>
      <w:proofErr w:type="spellStart"/>
      <w:r w:rsidR="00DD3199">
        <w:t>për</w:t>
      </w:r>
      <w:proofErr w:type="spellEnd"/>
      <w:r w:rsidR="00DD3199">
        <w:t xml:space="preserve"> </w:t>
      </w:r>
      <w:proofErr w:type="spellStart"/>
      <w:r w:rsidR="00DD3199">
        <w:t>prezantim</w:t>
      </w:r>
      <w:proofErr w:type="spellEnd"/>
      <w:r w:rsidR="00DD3199">
        <w:t>. Na tash po e hapim diskutimin. Çdokush që adresohet me pyetje, ju kisha lut që më së pari me u prezantu për shkak të procesverbalit i cili po bëhet, emrin, mbiemrin edhe mun me u adresu me pyetje. Po.</w:t>
      </w:r>
    </w:p>
    <w:p w14:paraId="0ED781CD" w14:textId="77777777" w:rsidR="00C40EB3" w:rsidRDefault="00BD13CC">
      <w:proofErr w:type="spellStart"/>
      <w:r w:rsidRPr="00BD13CC">
        <w:rPr>
          <w:b/>
        </w:rPr>
        <w:t>Kujtim</w:t>
      </w:r>
      <w:proofErr w:type="spellEnd"/>
      <w:r w:rsidRPr="00BD13CC">
        <w:rPr>
          <w:b/>
        </w:rPr>
        <w:t xml:space="preserve"> Hoti- </w:t>
      </w:r>
      <w:proofErr w:type="spellStart"/>
      <w:r w:rsidRPr="00BD13CC">
        <w:rPr>
          <w:b/>
        </w:rPr>
        <w:t>Krushë</w:t>
      </w:r>
      <w:proofErr w:type="spellEnd"/>
      <w:r w:rsidRPr="00BD13CC">
        <w:rPr>
          <w:b/>
        </w:rPr>
        <w:t xml:space="preserve"> e </w:t>
      </w:r>
      <w:proofErr w:type="spellStart"/>
      <w:r w:rsidRPr="00BD13CC">
        <w:rPr>
          <w:b/>
        </w:rPr>
        <w:t>Madhe</w:t>
      </w:r>
      <w:proofErr w:type="spellEnd"/>
      <w:r>
        <w:t xml:space="preserve">: </w:t>
      </w:r>
      <w:proofErr w:type="spellStart"/>
      <w:r w:rsidR="00DD3199">
        <w:t>Përshëndetje</w:t>
      </w:r>
      <w:proofErr w:type="spellEnd"/>
      <w:r w:rsidR="00DD3199">
        <w:t xml:space="preserve">, jam </w:t>
      </w:r>
      <w:proofErr w:type="spellStart"/>
      <w:r w:rsidR="00DD3199">
        <w:t>Kujtim</w:t>
      </w:r>
      <w:proofErr w:type="spellEnd"/>
      <w:r w:rsidR="00DD3199">
        <w:t xml:space="preserve"> Hoti, jam prej Krushës së Madhe. Ju lejoh me ju përgëzoj për punën që jeni tu e bo me dokumenta, me letra, jeni super. Ne jena tre vëllezër, i kemi aty nja pesë-gjashtë ari edhe me dashtë me marrë një shtëpi, shumë s'pe kuptoj që zgjidhje, veç fati që ka dalë një vëlla jashtë edhe del edhe ky tjetri, mui veç unë me pasë zgjidhjen. Me ardhë me thënë te bujqësia, bujqësia shumë po respektohet veç për ata të Prishtinës po e qesin ligjet në fshatra, po veç po jetojnë. Kam dashtë me bo një fabrikë, s'mu ka dhënë leja për produkte bujqësore që ka pasë me punu. Unë po them aj veç tu dashtë me punu me dokumenta edhe me na lodhë dhe s'po di ju a jena ty jetu në Kosovë. Mu marr pak ma shumë me neve, jo me na bo neve çka dojëm na me bo, po të paktën me diskutu qysh me bo zgjidhje. Unë kam dashtë me bo fabrikë, s'mu ka dhënë leje. Jo se është uji, ajo, kjo. Bujqit s-- fabrika s'pun sun ndërtu, bujqit janë tu ikë jashtë. Tash nuk di unë me këtë plan mirë jeni tu shku, po jeni tu na vetë neve se a s'do t'muna m'ja dalë me këtë. Ju faleminderit.</w:t>
      </w:r>
    </w:p>
    <w:p w14:paraId="7C9B5515" w14:textId="77777777" w:rsidR="00C40EB3" w:rsidRDefault="00C40EB3"/>
    <w:p w14:paraId="6E1C0EFF" w14:textId="77777777" w:rsidR="00C40EB3" w:rsidRDefault="00BD13CC">
      <w:r>
        <w:rPr>
          <w:b/>
        </w:rPr>
        <w:t xml:space="preserve">Albnor Mullabazi: </w:t>
      </w:r>
      <w:proofErr w:type="spellStart"/>
      <w:r w:rsidR="00DD3199">
        <w:t>Faleminderit</w:t>
      </w:r>
      <w:proofErr w:type="spellEnd"/>
      <w:r w:rsidR="00DD3199">
        <w:t xml:space="preserve"> </w:t>
      </w:r>
      <w:proofErr w:type="spellStart"/>
      <w:r w:rsidR="00DD3199">
        <w:t>Kujtim</w:t>
      </w:r>
      <w:proofErr w:type="spellEnd"/>
      <w:r w:rsidR="00DD3199">
        <w:t>. A ka pyetje tjera?</w:t>
      </w:r>
    </w:p>
    <w:p w14:paraId="45783CF4" w14:textId="77777777" w:rsidR="00C40EB3" w:rsidRDefault="00BD13CC">
      <w:r w:rsidRPr="00BD13CC">
        <w:rPr>
          <w:b/>
        </w:rPr>
        <w:lastRenderedPageBreak/>
        <w:t>Ismet Kastrati</w:t>
      </w:r>
      <w:r>
        <w:t xml:space="preserve">: </w:t>
      </w:r>
      <w:proofErr w:type="spellStart"/>
      <w:r w:rsidR="00DD3199">
        <w:t>Përshëndetje</w:t>
      </w:r>
      <w:proofErr w:type="spellEnd"/>
      <w:r w:rsidR="00DD3199">
        <w:t xml:space="preserve">! Unë jam Ismet Kastrati, përfaqësues i fshatit Zatresh. Dash të me ditë që ju na po </w:t>
      </w:r>
      <w:proofErr w:type="spellStart"/>
      <w:r w:rsidR="00DD3199">
        <w:t>s'ki</w:t>
      </w:r>
      <w:proofErr w:type="spellEnd"/>
      <w:r w:rsidR="00DD3199">
        <w:t xml:space="preserve"> </w:t>
      </w:r>
      <w:proofErr w:type="spellStart"/>
      <w:r w:rsidR="00DD3199">
        <w:t>thirr</w:t>
      </w:r>
      <w:proofErr w:type="spellEnd"/>
      <w:r w:rsidR="00DD3199">
        <w:t xml:space="preserve"> </w:t>
      </w:r>
      <w:proofErr w:type="spellStart"/>
      <w:r w:rsidR="00DD3199">
        <w:t>veç</w:t>
      </w:r>
      <w:proofErr w:type="spellEnd"/>
      <w:r w:rsidR="00DD3199">
        <w:t xml:space="preserve"> </w:t>
      </w:r>
      <w:proofErr w:type="spellStart"/>
      <w:r w:rsidR="00DD3199">
        <w:t>kjo</w:t>
      </w:r>
      <w:proofErr w:type="spellEnd"/>
      <w:r w:rsidR="00DD3199">
        <w:t xml:space="preserve"> </w:t>
      </w:r>
      <w:proofErr w:type="spellStart"/>
      <w:r w:rsidR="00DD3199">
        <w:t>punë</w:t>
      </w:r>
      <w:proofErr w:type="spellEnd"/>
      <w:r w:rsidR="00DD3199">
        <w:t xml:space="preserve"> po </w:t>
      </w:r>
      <w:proofErr w:type="spellStart"/>
      <w:r w:rsidR="00DD3199">
        <w:t>s'ka</w:t>
      </w:r>
      <w:proofErr w:type="spellEnd"/>
      <w:r w:rsidR="00DD3199">
        <w:t xml:space="preserve"> </w:t>
      </w:r>
      <w:proofErr w:type="spellStart"/>
      <w:r w:rsidR="00DD3199">
        <w:t>përfundu</w:t>
      </w:r>
      <w:proofErr w:type="spellEnd"/>
      <w:r w:rsidR="00DD3199">
        <w:t xml:space="preserve">. A del dikush me kqyra në vendngjarje si tokë që i përcaktoni edhe që i bëni kështu projekte? A dalë dikush në vendngjarjes me ditë ça ka qaty edhe te ka? A vetëm pi karrigës që aty po e shihni para ekranit edhe pja fotni tokë bujqësore, tokë ndërtuo-- ndërtimore, tokë kështu, tokë kështu. A vetëm një qytetar të paktën, një qytetar. Nuk vjen krejt katundi këtu në dëgjim publik. Edhe me shku me thirrë tonë, aj sun e lenë punën. Sigurisht ju që e keni punë edhe ne kemi punë. Sun e lenë punën me ardhë aty në dëgjimin publik, me </w:t>
      </w:r>
      <w:proofErr w:type="spellStart"/>
      <w:r w:rsidR="00DD3199">
        <w:t>du</w:t>
      </w:r>
      <w:proofErr w:type="spellEnd"/>
      <w:r w:rsidR="00DD3199">
        <w:t xml:space="preserve"> me </w:t>
      </w:r>
      <w:proofErr w:type="spellStart"/>
      <w:r w:rsidR="00DD3199">
        <w:t>ditë</w:t>
      </w:r>
      <w:proofErr w:type="spellEnd"/>
      <w:r w:rsidR="00DD3199">
        <w:t xml:space="preserve"> se </w:t>
      </w:r>
      <w:proofErr w:type="spellStart"/>
      <w:r w:rsidR="00DD3199">
        <w:t>se</w:t>
      </w:r>
      <w:proofErr w:type="spellEnd"/>
      <w:r w:rsidR="00DD3199">
        <w:t xml:space="preserve"> </w:t>
      </w:r>
      <w:proofErr w:type="spellStart"/>
      <w:r w:rsidR="00DD3199">
        <w:t>na</w:t>
      </w:r>
      <w:proofErr w:type="spellEnd"/>
      <w:r w:rsidR="00DD3199">
        <w:t xml:space="preserve"> </w:t>
      </w:r>
      <w:proofErr w:type="spellStart"/>
      <w:r w:rsidR="00DD3199">
        <w:t>kemi</w:t>
      </w:r>
      <w:proofErr w:type="spellEnd"/>
      <w:r w:rsidR="00DD3199">
        <w:t xml:space="preserve"> </w:t>
      </w:r>
      <w:proofErr w:type="spellStart"/>
      <w:r w:rsidR="00DD3199">
        <w:t>problemi</w:t>
      </w:r>
      <w:proofErr w:type="spellEnd"/>
      <w:r w:rsidR="00DD3199">
        <w:t xml:space="preserve"> </w:t>
      </w:r>
      <w:proofErr w:type="spellStart"/>
      <w:r w:rsidR="00DD3199">
        <w:t>që</w:t>
      </w:r>
      <w:proofErr w:type="spellEnd"/>
      <w:r w:rsidR="00DD3199">
        <w:t xml:space="preserve"> </w:t>
      </w:r>
      <w:proofErr w:type="spellStart"/>
      <w:r w:rsidR="00DD3199">
        <w:t>tash</w:t>
      </w:r>
      <w:proofErr w:type="spellEnd"/>
      <w:r w:rsidR="00DD3199">
        <w:t xml:space="preserve"> jemi i rrasë me probleme në Zatresh. Pi energjisë, me era krejt rranë, me rrugë, me-- na na tërë zëzat. E ju veç vendosni unëzi para kompjuterëve të vendosni aty qysh doni ju. As nuk e din qytetari kur, kur t'i vjen vërtet me punu diçka, tani po vjen te shkatërrimi. Faleminderit.</w:t>
      </w:r>
    </w:p>
    <w:p w14:paraId="30C74145" w14:textId="77777777" w:rsidR="00C40EB3" w:rsidRDefault="00C40EB3"/>
    <w:p w14:paraId="671FCBBB" w14:textId="77777777" w:rsidR="00C40EB3" w:rsidRDefault="00BD13CC">
      <w:r>
        <w:rPr>
          <w:b/>
        </w:rPr>
        <w:t xml:space="preserve">Albnor Mullabazi: </w:t>
      </w:r>
      <w:r w:rsidR="00DD3199">
        <w:t xml:space="preserve">Po </w:t>
      </w:r>
      <w:proofErr w:type="spellStart"/>
      <w:r w:rsidR="00DD3199">
        <w:t>ju</w:t>
      </w:r>
      <w:proofErr w:type="spellEnd"/>
      <w:r w:rsidR="00DD3199">
        <w:t xml:space="preserve"> </w:t>
      </w:r>
      <w:proofErr w:type="spellStart"/>
      <w:r w:rsidR="00DD3199">
        <w:t>përgjigjem</w:t>
      </w:r>
      <w:proofErr w:type="spellEnd"/>
      <w:r w:rsidR="00DD3199">
        <w:t xml:space="preserve"> </w:t>
      </w:r>
      <w:proofErr w:type="spellStart"/>
      <w:r w:rsidR="00DD3199">
        <w:t>dy</w:t>
      </w:r>
      <w:proofErr w:type="spellEnd"/>
      <w:r w:rsidR="00DD3199">
        <w:t xml:space="preserve">, </w:t>
      </w:r>
      <w:proofErr w:type="spellStart"/>
      <w:r w:rsidR="00DD3199">
        <w:t>edhe</w:t>
      </w:r>
      <w:proofErr w:type="spellEnd"/>
      <w:r w:rsidR="00DD3199">
        <w:t xml:space="preserve"> vazhdojmë prapë. T'i përgjigjem pastaj vazhdojmë prapë, që mos me i... Te pjesa e parë te Kujtim Hoti, te ndërtimi i shtëpive, përgjigjem edhe pjesën edhe të kompanisë sa i përket fabrikës për ndërtim që kon bujqësi e kon vet </w:t>
      </w:r>
      <w:proofErr w:type="gramStart"/>
      <w:r w:rsidR="00DD3199">
        <w:t>pjesë  në</w:t>
      </w:r>
      <w:proofErr w:type="gramEnd"/>
      <w:r w:rsidR="00DD3199">
        <w:t xml:space="preserve"> atë kohë, edhe është pjesën kompensacion që ligji nuk na e lejon me e trajtu asnjë tokë në atë pjesë. </w:t>
      </w:r>
      <w:proofErr w:type="spellStart"/>
      <w:r>
        <w:t>Jemi</w:t>
      </w:r>
      <w:proofErr w:type="spellEnd"/>
      <w:r>
        <w:t xml:space="preserve"> </w:t>
      </w:r>
      <w:proofErr w:type="spellStart"/>
      <w:r>
        <w:t>takuar</w:t>
      </w:r>
      <w:proofErr w:type="spellEnd"/>
      <w:r w:rsidR="00296214">
        <w:t xml:space="preserve"> </w:t>
      </w:r>
      <w:proofErr w:type="spellStart"/>
      <w:r w:rsidR="00296214">
        <w:t>shum</w:t>
      </w:r>
      <w:proofErr w:type="spellEnd"/>
      <w:r w:rsidR="00296214">
        <w:t xml:space="preserve"> </w:t>
      </w:r>
      <w:proofErr w:type="spellStart"/>
      <w:r w:rsidR="00296214">
        <w:t>herë</w:t>
      </w:r>
      <w:proofErr w:type="spellEnd"/>
      <w:r w:rsidR="00DD3199">
        <w:t xml:space="preserve">, </w:t>
      </w:r>
      <w:proofErr w:type="spellStart"/>
      <w:r w:rsidR="00DD3199">
        <w:t>unë</w:t>
      </w:r>
      <w:proofErr w:type="spellEnd"/>
      <w:r w:rsidR="00DD3199">
        <w:t xml:space="preserve"> jam </w:t>
      </w:r>
      <w:proofErr w:type="spellStart"/>
      <w:r w:rsidR="00DD3199">
        <w:t>adresuar</w:t>
      </w:r>
      <w:proofErr w:type="spellEnd"/>
      <w:r w:rsidR="00DD3199">
        <w:t xml:space="preserve"> </w:t>
      </w:r>
      <w:proofErr w:type="spellStart"/>
      <w:r w:rsidR="00DD3199">
        <w:t>edhe</w:t>
      </w:r>
      <w:proofErr w:type="spellEnd"/>
      <w:r w:rsidR="00DD3199">
        <w:t xml:space="preserve"> në Ministrinë e Bujqësisë, kemi ofru edhe zgjidhje të tjera, por në pjesën e kompensacionit na nuk mujna me dal përtej ligjit. Është pjesa e ligjit që kompensacioni nuk na lejon me e trajtu. Ndërsa sa i përket për ndërtimin e shtëpisë të pjesës që është kërku, kompanisë që e rranë andej, edhe kisha dashtë me u nal edhe te Ismeti, te pjesa e Zatreshit, kur e kemi destinu shfrytëzimin e tokës, </w:t>
      </w:r>
      <w:proofErr w:type="spellStart"/>
      <w:r w:rsidR="00DD3199">
        <w:t>në</w:t>
      </w:r>
      <w:proofErr w:type="spellEnd"/>
      <w:r w:rsidR="00DD3199">
        <w:t xml:space="preserve"> plan </w:t>
      </w:r>
      <w:proofErr w:type="spellStart"/>
      <w:r w:rsidR="00DD3199">
        <w:t>zhvillimor</w:t>
      </w:r>
      <w:proofErr w:type="spellEnd"/>
      <w:r w:rsidR="00DD3199">
        <w:t xml:space="preserve"> </w:t>
      </w:r>
      <w:proofErr w:type="spellStart"/>
      <w:r w:rsidR="00DD3199">
        <w:t>kemi</w:t>
      </w:r>
      <w:proofErr w:type="spellEnd"/>
      <w:r w:rsidR="00DD3199">
        <w:t xml:space="preserve"> </w:t>
      </w:r>
      <w:proofErr w:type="spellStart"/>
      <w:r w:rsidR="00DD3199">
        <w:t>vazhdu</w:t>
      </w:r>
      <w:proofErr w:type="spellEnd"/>
      <w:r w:rsidR="00DD3199">
        <w:t xml:space="preserve"> </w:t>
      </w:r>
      <w:proofErr w:type="spellStart"/>
      <w:r w:rsidR="00DD3199">
        <w:t>njëjtë</w:t>
      </w:r>
      <w:proofErr w:type="spellEnd"/>
      <w:r w:rsidR="00DD3199">
        <w:t xml:space="preserve">, </w:t>
      </w:r>
      <w:proofErr w:type="spellStart"/>
      <w:r w:rsidR="00296214">
        <w:t>jan</w:t>
      </w:r>
      <w:proofErr w:type="spellEnd"/>
      <w:r w:rsidR="00296214">
        <w:t xml:space="preserve"> </w:t>
      </w:r>
      <w:proofErr w:type="spellStart"/>
      <w:r w:rsidR="00296214">
        <w:t>mbajt</w:t>
      </w:r>
      <w:proofErr w:type="spellEnd"/>
      <w:r w:rsidR="00296214">
        <w:t xml:space="preserve"> </w:t>
      </w:r>
      <w:proofErr w:type="spellStart"/>
      <w:r w:rsidR="00DD3199">
        <w:t>dymëdhjetë</w:t>
      </w:r>
      <w:proofErr w:type="spellEnd"/>
      <w:r w:rsidR="00DD3199">
        <w:t xml:space="preserve"> </w:t>
      </w:r>
      <w:proofErr w:type="spellStart"/>
      <w:r w:rsidR="00DD3199">
        <w:t>takime</w:t>
      </w:r>
      <w:proofErr w:type="spellEnd"/>
      <w:r w:rsidR="00DD3199">
        <w:t xml:space="preserve"> </w:t>
      </w:r>
      <w:proofErr w:type="spellStart"/>
      <w:r w:rsidR="00DD3199">
        <w:t>i</w:t>
      </w:r>
      <w:proofErr w:type="spellEnd"/>
      <w:r w:rsidR="00DD3199">
        <w:t xml:space="preserve"> </w:t>
      </w:r>
      <w:proofErr w:type="spellStart"/>
      <w:r w:rsidR="00DD3199">
        <w:t>kam</w:t>
      </w:r>
      <w:proofErr w:type="spellEnd"/>
      <w:r w:rsidR="00DD3199">
        <w:t xml:space="preserve"> </w:t>
      </w:r>
      <w:proofErr w:type="spellStart"/>
      <w:r w:rsidR="00DD3199">
        <w:t>bajtë</w:t>
      </w:r>
      <w:proofErr w:type="spellEnd"/>
      <w:r w:rsidR="00DD3199">
        <w:t xml:space="preserve">, </w:t>
      </w:r>
      <w:proofErr w:type="spellStart"/>
      <w:r w:rsidR="00DD3199">
        <w:t>kam</w:t>
      </w:r>
      <w:proofErr w:type="spellEnd"/>
      <w:r w:rsidR="00DD3199">
        <w:t xml:space="preserve"> </w:t>
      </w:r>
      <w:proofErr w:type="spellStart"/>
      <w:r w:rsidR="00DD3199">
        <w:t>shku</w:t>
      </w:r>
      <w:proofErr w:type="spellEnd"/>
      <w:r w:rsidR="00DD3199">
        <w:t xml:space="preserve"> në të gjitha fshatrat për me i kërku komentet edhe sugjerimet qytetarëve për destinim tokës. Sa </w:t>
      </w:r>
      <w:proofErr w:type="spellStart"/>
      <w:r w:rsidR="00DD3199">
        <w:t>i</w:t>
      </w:r>
      <w:proofErr w:type="spellEnd"/>
      <w:r w:rsidR="00DD3199">
        <w:t xml:space="preserve"> </w:t>
      </w:r>
      <w:proofErr w:type="spellStart"/>
      <w:r w:rsidR="00DD3199">
        <w:t>përket</w:t>
      </w:r>
      <w:proofErr w:type="spellEnd"/>
      <w:r w:rsidR="00DD3199">
        <w:t xml:space="preserve"> </w:t>
      </w:r>
      <w:proofErr w:type="spellStart"/>
      <w:r w:rsidR="00DD3199">
        <w:t>asaj</w:t>
      </w:r>
      <w:proofErr w:type="spellEnd"/>
      <w:r w:rsidR="00DD3199">
        <w:t xml:space="preserve"> </w:t>
      </w:r>
      <w:proofErr w:type="spellStart"/>
      <w:r w:rsidR="00DD3199">
        <w:t>pjesës</w:t>
      </w:r>
      <w:proofErr w:type="spellEnd"/>
      <w:r w:rsidR="00DD3199">
        <w:t xml:space="preserve">-- </w:t>
      </w:r>
      <w:proofErr w:type="spellStart"/>
      <w:r w:rsidR="00DD3199">
        <w:t>dëgjo</w:t>
      </w:r>
      <w:proofErr w:type="spellEnd"/>
      <w:r w:rsidR="00DD3199">
        <w:t xml:space="preserve"> Ismet</w:t>
      </w:r>
      <w:r w:rsidR="00296214">
        <w:t>.</w:t>
      </w:r>
      <w:r w:rsidR="00DD3199">
        <w:t xml:space="preserve"> Sa i përket pjesës së zonës mbrojtur për të cilën e ki bo edhe kërkesë, e di shumë mirë që kërkesa për me hy në zonë mbrojtur të asaj parcelë e ka ardhur prej Ministrisë së Kulturës edhe ka mbet në plan zhvillimor. Është kërkesë e Ministrisë së Kulturës që ka ardhur bashkë me komunën e Malishevës, që e ka kap edhe një pjesë të parcelës tonë dhe ka hy si zonë e mbrojtur. Çdo parcelë-- lutna dëgjona tash. Dëgjo va tjap fjalën prapë Ismet.</w:t>
      </w:r>
    </w:p>
    <w:p w14:paraId="49D7B2B4" w14:textId="77777777" w:rsidR="00C40EB3" w:rsidRDefault="00C40EB3"/>
    <w:p w14:paraId="72EF8133" w14:textId="77777777" w:rsidR="00C40EB3" w:rsidRDefault="00C40EB3"/>
    <w:p w14:paraId="693C6B40" w14:textId="77777777" w:rsidR="00C40EB3" w:rsidRDefault="00DD3199">
      <w:r>
        <w:t>Tokë bujqësore ma qetë mu majë kështu</w:t>
      </w:r>
    </w:p>
    <w:p w14:paraId="4DEB5B7A" w14:textId="77777777" w:rsidR="00C40EB3" w:rsidRDefault="00C40EB3"/>
    <w:p w14:paraId="5921405E" w14:textId="77777777" w:rsidR="00C40EB3" w:rsidRDefault="00296214">
      <w:r>
        <w:rPr>
          <w:b/>
        </w:rPr>
        <w:t xml:space="preserve">Albnor Mullabazi: </w:t>
      </w:r>
      <w:proofErr w:type="spellStart"/>
      <w:r w:rsidR="00DD3199">
        <w:t>Lejmë</w:t>
      </w:r>
      <w:proofErr w:type="spellEnd"/>
      <w:r w:rsidR="00DD3199">
        <w:t xml:space="preserve"> </w:t>
      </w:r>
      <w:proofErr w:type="spellStart"/>
      <w:r w:rsidR="00DD3199">
        <w:t>tash</w:t>
      </w:r>
      <w:proofErr w:type="spellEnd"/>
      <w:r w:rsidR="00DD3199">
        <w:t xml:space="preserve"> ta </w:t>
      </w:r>
      <w:proofErr w:type="spellStart"/>
      <w:r w:rsidR="00DD3199">
        <w:t>përfundoj</w:t>
      </w:r>
      <w:proofErr w:type="spellEnd"/>
      <w:r w:rsidR="00DD3199">
        <w:t xml:space="preserve">, pastaj bisedojmë prapë, nuk është problem. Sa </w:t>
      </w:r>
      <w:proofErr w:type="spellStart"/>
      <w:r w:rsidR="00DD3199">
        <w:t>herë</w:t>
      </w:r>
      <w:proofErr w:type="spellEnd"/>
      <w:r w:rsidR="00DD3199">
        <w:t xml:space="preserve"> </w:t>
      </w:r>
      <w:proofErr w:type="spellStart"/>
      <w:r w:rsidR="00DD3199">
        <w:t>ke</w:t>
      </w:r>
      <w:proofErr w:type="spellEnd"/>
      <w:r w:rsidR="00DD3199">
        <w:t xml:space="preserve"> me </w:t>
      </w:r>
      <w:proofErr w:type="spellStart"/>
      <w:r>
        <w:t>k</w:t>
      </w:r>
      <w:r w:rsidR="00DD3199">
        <w:t>ë</w:t>
      </w:r>
      <w:r>
        <w:t>rku</w:t>
      </w:r>
      <w:proofErr w:type="spellEnd"/>
      <w:r w:rsidR="00DD3199">
        <w:t xml:space="preserve"> </w:t>
      </w:r>
      <w:proofErr w:type="spellStart"/>
      <w:r w:rsidR="00DD3199">
        <w:t>më</w:t>
      </w:r>
      <w:proofErr w:type="spellEnd"/>
      <w:r w:rsidR="00DD3199">
        <w:t xml:space="preserve"> </w:t>
      </w:r>
      <w:proofErr w:type="spellStart"/>
      <w:r w:rsidR="00DD3199">
        <w:t>fjalën</w:t>
      </w:r>
      <w:proofErr w:type="spellEnd"/>
      <w:r w:rsidR="00DD3199">
        <w:t xml:space="preserve"> ta </w:t>
      </w:r>
      <w:proofErr w:type="spellStart"/>
      <w:r w:rsidR="00DD3199">
        <w:t>japin</w:t>
      </w:r>
      <w:proofErr w:type="spellEnd"/>
      <w:r w:rsidR="00DD3199">
        <w:t xml:space="preserve">, nuk është problem, veç dëgjona ta bëjmë një bashkëbisedim qysh duhet. Me në te pjesa e destinimit të tokave është kry me plan zhvillimor, mbas kërkesave të qytetarëve, po edhe mbështet në planin e vjetër zhvillimor që u kon në fuqi. Me në asgjë nuk jemi ndryshu prej planit të vjetër, i cili u kon në fuqi, pa ardh </w:t>
      </w:r>
      <w:r w:rsidR="00DD3199">
        <w:lastRenderedPageBreak/>
        <w:t>kërkesë prej qytetarëve ose kërkesë prej ndonjë ministrie përkatëse. Në rastin që jemi pas ne, është shkon kërkesa e Ministrisë së Kulturës. Jo, jo, jo se kon problem, hiq. Na arsye pse- Ja, arsye pse pi majë këto takime është që me i marrë komentet e juaje. Mbas që ty me komentet edhe në plan zhvillimor i kemi pasë të dy lant, që e kanë ardhë të dy lant janë trajtuar dhe shumica për ty janë miratu dhe janë paraqit në planin zhvillimor. E njëjtën po i bëjmë edhe në hartë zonale, edhe pse nuk i kon pasë, nuk ka një takim i 16-it që u bo hapja e shqyrtimit publik, është mbajtur ajo takim edhe me ligj na e kemi përfundu punën aty, po arsye që i kemi bo edhe takime të tjera kon që me ardhë komentet që me i plotësu që të ardhë zonale. Po i kalojmë- po i kalojmë fjalën edhe kompanisë me ta sqaruan nëse ki shtesë prapë, hiq, s'është problem.</w:t>
      </w:r>
    </w:p>
    <w:p w14:paraId="6BAF4950" w14:textId="77777777" w:rsidR="00C40EB3" w:rsidRDefault="00C40EB3"/>
    <w:p w14:paraId="3E9C62DF" w14:textId="77777777" w:rsidR="00C40EB3" w:rsidRDefault="00C40EB3"/>
    <w:p w14:paraId="1089D291" w14:textId="77777777" w:rsidR="00C40EB3" w:rsidRDefault="00296214">
      <w:proofErr w:type="spellStart"/>
      <w:r>
        <w:t>Ismajl</w:t>
      </w:r>
      <w:proofErr w:type="spellEnd"/>
      <w:r>
        <w:t xml:space="preserve"> </w:t>
      </w:r>
      <w:proofErr w:type="spellStart"/>
      <w:r>
        <w:t>Baftjari</w:t>
      </w:r>
      <w:proofErr w:type="spellEnd"/>
      <w:r>
        <w:t xml:space="preserve">: </w:t>
      </w:r>
      <w:proofErr w:type="spellStart"/>
      <w:r w:rsidR="00DD3199">
        <w:t>Fillimisht</w:t>
      </w:r>
      <w:proofErr w:type="spellEnd"/>
      <w:r w:rsidR="00DD3199">
        <w:t xml:space="preserve">, se </w:t>
      </w:r>
      <w:proofErr w:type="spellStart"/>
      <w:r w:rsidR="00DD3199">
        <w:t>profitohet</w:t>
      </w:r>
      <w:proofErr w:type="spellEnd"/>
      <w:r w:rsidR="00DD3199">
        <w:t xml:space="preserve"> </w:t>
      </w:r>
      <w:proofErr w:type="spellStart"/>
      <w:r w:rsidR="00DD3199">
        <w:t>përshtypja</w:t>
      </w:r>
      <w:proofErr w:type="spellEnd"/>
      <w:r w:rsidR="00DD3199">
        <w:t xml:space="preserve"> se </w:t>
      </w:r>
      <w:proofErr w:type="spellStart"/>
      <w:r w:rsidR="00DD3199">
        <w:t>është</w:t>
      </w:r>
      <w:proofErr w:type="spellEnd"/>
      <w:r w:rsidR="00DD3199">
        <w:t xml:space="preserve"> bo një punë pa kunifar koncepti, është bo një punë qysh ka dashtë dikush edhe me njëfarë forme është në dëm të interesave të qytetarëve, disa. Veç një sqarim inicior të bëj, që besoj që e dinë, i drejtu një kujtim që ligjet i bon Parlamenti i Kosovës. Besoj që e dinë, që kaq, si të thashë më herët kisha pasë se me kon takim me ekspertët me diskutu pak ma ndryshe. Kur i bon ligjet Parlamenti i Kosovës, ai ta ka bo ligjin për tokën bujqësore, i ka fut komasacionin, sistemin e ujitjes edhe krejt. Çka do që bëjmë na, as mujna me detyru komunën me vepru jashtë ligjshëm, as ne as guxojmë me vepru jashtë ligjshëm, se majmë përgjegjësi edhe penale për veprimet jashtëligjshme. Unë e po e kuptoj edhe, edhe po të mirë kuptoj, edhe në çdo komunë që kemi punu, komasacioni është problem serioz edhe ujitja problem serioz. Për fat keq është një proces i fillum viteve të shtatëdhjeta e vazhduum tëtetëdhjetave, që disa pjesë a s'ka përfundu. Disa pjesë kemi ndërtime, ndërtime tre, katërqind shtëpi, komasacion, kemi probleme, ndonjë komuna as pronësinë se kanë definiu, ndonjë vend e kanë rrëmi nda, i kanë riorganizu parcelat, po kanë rrëmi nda, po kurrë s'e kanë qitë për mbi vetin. Edhe unë e kuptoj edhe, edhe vlerësoj që është një problem shumë serioz, po që besoni nuk është adresë komuna që mun me u drejtu. Është Kuvendi i Kosovës, është Ministria e Mjedisit dhe Planifikimit Hapësinor, Ministria e Bujqësisë që kanë bo ligje, udhëzime administrative edhe përmbajtë të tjera. Ne jemi të detyru me punu mbas këtyre udhëzimeve. Jemi të detyru, edhe që të besoj që e mujna me pasë mirëkuptimin e ju. Edhe sa i përket, domë thonë, a kishëm pasë thjesht interes se nuk është punë e shefit këta, koncepti jonë si, si institut është: jemi në ekonomi tregu. Prej provave tona ndërkombëtare edhe prej vendeve që kemi vizitu na, në plot vende të botës gjithçka bahet për ekonomi tregu. Kusht ai fat me pasë një, një e zhvillues që do me bo një fabrikë edhe me punësu njerëz. Edhe ne jemi në plotëni në favor të këtij koncepti. Mirë, po për fat keq, nuk ka qe, nuk ka qe ashtu promovu ky koncept në mënyrë mjaftueshme prej nivelit qendror. Kanë bo udhëzime, kanë bo kufizime, kanë bo zhvillime, edhe ani për me mbrojtë tokën bujqësore, pa asnjë diskutim, edhe me mbrojtë sistemin e ujitjes, po nuk ka llogjikë me një plan të viteve të shtatëdhjeta ose të tetëdhjeta edhe sot me bo kufizime. Duhet me dalë në teren, kush e thán, me dalë në teren. Nuk jemi nasht me vuj me dalë në teren dejt për dejt, se ka imazhe satelitore, ka dhona dixhitale, kemi </w:t>
      </w:r>
      <w:r w:rsidR="00DD3199">
        <w:lastRenderedPageBreak/>
        <w:t>koqë shumë informacion. Kem krejt territorin edhe të Traveci edhe të krejt Kosovës në 3D, kemi informacionin ku ka pasuri nën tokësore, kemi gjitha informatat, gjitha informatat deri te niveli i parcelës. Nuk është momenti këtu me i, me i prezantu, po bahet gjitha informatat. Edhe tani, qetë funksion, thjesht unë e besoj se duhet me u adresu çështjet e ju, po jo që u adresuan në hartë zonale. Duhet komuna me bo një insistim te, te Asociacioni i Komunave të Kosovës. Du ni-- nëse keni ndonjë deputet apo ndonjë kon që e keni, që e keni, ose e keni zgjedhë dhe e keni votu, po mendoj jo se e keni, se lirshëm lëpna, duhet me bo ndryshimi i Ligjit të Planifikimit Hapësinor është edhe ashtu që në proces. Po duhet ndërhyrjet e Ligjit të Bujqësisë për me mujt me, me gjetë një zgjidhje të çfarë problemi urmu dër ma madhor që ka Kosova, problemin e tokave në komasacion, tokave në ujitje. Paramendoni e gjysma e Prishtinës është sistem të ujitjes, gjysma e Prishtinës. A ka llogjikë shekullin e njëzet e një, kur dihet prej çdo shefi që është krejt e ndërtuar me u kon sistem të ujitjes? Mirë, po kjo është ajo që duhet me u adresu te institucionet tona, te shteti jonë, shoqër zotit që e kemi këtu sot, po thjesht duhet me kon shumë ma aktiv në funksion të interesave të qytetarëve. Po besoni ose jo, nuk ka me trajtu niveli i drejtorëve as niveli i komunës këtë problematik, kjo është problematike e niveli qendror. Sa i përket ndërtimeve në pesëari që e thavë jemi të rregullazni, Reshat Armendi mun me, mun me dhënë pak sqarime ma...</w:t>
      </w:r>
    </w:p>
    <w:p w14:paraId="125FB814" w14:textId="77777777" w:rsidR="00C40EB3" w:rsidRDefault="00C40EB3"/>
    <w:p w14:paraId="7D25A1F7" w14:textId="77777777" w:rsidR="00C40EB3" w:rsidRDefault="00296214">
      <w:r>
        <w:rPr>
          <w:b/>
        </w:rPr>
        <w:t xml:space="preserve">Armen </w:t>
      </w:r>
      <w:proofErr w:type="spellStart"/>
      <w:r>
        <w:rPr>
          <w:b/>
        </w:rPr>
        <w:t>Sokoli</w:t>
      </w:r>
      <w:proofErr w:type="spellEnd"/>
      <w:r>
        <w:rPr>
          <w:b/>
        </w:rPr>
        <w:t xml:space="preserve">: </w:t>
      </w:r>
      <w:r w:rsidR="00DD3199">
        <w:t xml:space="preserve">Po, </w:t>
      </w:r>
      <w:proofErr w:type="spellStart"/>
      <w:r w:rsidR="00DD3199">
        <w:t>sa</w:t>
      </w:r>
      <w:proofErr w:type="spellEnd"/>
      <w:r w:rsidR="00DD3199">
        <w:t xml:space="preserve"> </w:t>
      </w:r>
      <w:proofErr w:type="spellStart"/>
      <w:r w:rsidR="00DD3199">
        <w:t>i</w:t>
      </w:r>
      <w:proofErr w:type="spellEnd"/>
      <w:r w:rsidR="00DD3199">
        <w:t xml:space="preserve"> </w:t>
      </w:r>
      <w:proofErr w:type="spellStart"/>
      <w:r w:rsidR="00DD3199">
        <w:t>përket</w:t>
      </w:r>
      <w:proofErr w:type="spellEnd"/>
      <w:r w:rsidR="00DD3199">
        <w:t xml:space="preserve"> </w:t>
      </w:r>
      <w:proofErr w:type="spellStart"/>
      <w:r w:rsidR="00DD3199">
        <w:t>pjesës</w:t>
      </w:r>
      <w:proofErr w:type="spellEnd"/>
      <w:r w:rsidR="00DD3199">
        <w:t xml:space="preserve"> nëse nuk e ba, ke Krusha e Madhe. Krusha e Madhe bon pjesë në ZB2, Zonë e Banimit dy, falni, edhe në ZB2 ndërtesë dyshe munësh me ndërtu deri në pesëari e gjysëm, pesëqind e pesëdhjetë metra katrorë. Realisht tash</w:t>
      </w:r>
    </w:p>
    <w:p w14:paraId="27C3849B" w14:textId="77777777" w:rsidR="00C40EB3" w:rsidRDefault="00DD3199">
      <w:proofErr w:type="spellStart"/>
      <w:r>
        <w:t>Kushtet</w:t>
      </w:r>
      <w:proofErr w:type="spellEnd"/>
      <w:r>
        <w:t xml:space="preserve"> </w:t>
      </w:r>
      <w:proofErr w:type="spellStart"/>
      <w:r>
        <w:t>ndërtimore</w:t>
      </w:r>
      <w:proofErr w:type="spellEnd"/>
      <w:r>
        <w:t xml:space="preserve"> </w:t>
      </w:r>
      <w:proofErr w:type="spellStart"/>
      <w:r>
        <w:t>janë</w:t>
      </w:r>
      <w:proofErr w:type="spellEnd"/>
      <w:r>
        <w:t xml:space="preserve"> </w:t>
      </w:r>
      <w:proofErr w:type="spellStart"/>
      <w:r>
        <w:t>kushte</w:t>
      </w:r>
      <w:proofErr w:type="spellEnd"/>
      <w:r>
        <w:t xml:space="preserve"> urbanistike. Përmend atë norma teknike planifikimi të atë përgjithësor. Mirëpo, pa varet edhe prej zgjedhjes së architektit që ta bën projektin, se e ki mundësinë edhe me u afru, me pasë ni marrëveshje të noteri me fqinjin tanë, me u afru deri te kufiri i parcelës ku edhe ai tjetri e shfrytëzon pastaj të njëjtën, është normal që ti ki hapësirë më shumë për me shfrytëzu. Pra janë zgjidhje ndoshta pak më shumë edhe arkitektonike. Mirëpo kushtet ndërtimore e lejojnë ndërtimin, derisa me një marrëveshje që mundesh me bo me fqinjin tanë, me u afru, vëllain apo tjetër, se na krejt e dimë që jetojmë në fshatra, i kemi, ă, të afërm shumicën. Po kjo ndodh edhe në qytet edhe kudo që me një marrëveshje mundesh me e pasë edhe afrimin për me ngjitë edhe ai tjetri shtëpinë më vonë. Kështu që nuk ka diçka tjetër. A ka-ka pyetje pa-pa problem?</w:t>
      </w:r>
    </w:p>
    <w:p w14:paraId="12C2FC2A" w14:textId="77777777" w:rsidR="00C40EB3" w:rsidRDefault="00296214">
      <w:proofErr w:type="spellStart"/>
      <w:r>
        <w:rPr>
          <w:b/>
        </w:rPr>
        <w:t>Kujtim</w:t>
      </w:r>
      <w:proofErr w:type="spellEnd"/>
      <w:r>
        <w:rPr>
          <w:b/>
        </w:rPr>
        <w:t xml:space="preserve"> </w:t>
      </w:r>
      <w:proofErr w:type="spellStart"/>
      <w:r>
        <w:rPr>
          <w:b/>
        </w:rPr>
        <w:t>Popaj</w:t>
      </w:r>
      <w:proofErr w:type="spellEnd"/>
      <w:r>
        <w:rPr>
          <w:b/>
        </w:rPr>
        <w:t xml:space="preserve">: </w:t>
      </w:r>
      <w:proofErr w:type="spellStart"/>
      <w:r w:rsidR="00DD3199">
        <w:t>Faleminderit</w:t>
      </w:r>
      <w:proofErr w:type="spellEnd"/>
      <w:r w:rsidR="00DD3199">
        <w:t xml:space="preserve">! Unë quhem Kujtim Popaj. Me profesion jam inxhinier. E përshëndes të gjithë juve, ju që keni përgatitë ekipën, domethënë që e kanë realizu projektin, bashkëpunëtorë komunal dhe të gjithë ekspertët të cilët kanë dhënë mendimin e vetë ose kontributin e vet për hartimin e këtij dokumenti. Duhet ta kemi qartë se ky dokument ju takon qytetarëve të komunës së Rahovecit edhe duhet t'i marrë parasysh kërkesat e qytetarëve. Qëllimi kryesor i këtij dokumenti është ngritja e mirëqenies sociale në komunën tonë dhe për banorët e tonë. Prandaj, mirëqenia sociale ndikon direkt në ngritjen e arsimit, shëndetësisë, infrastrukturës, sigurisë, mbrojtjes, qoftë nga zjarret, nga vërshimet, gjithë ato. Mirëpo ato realizohen përmes ngritjes ose zhvillimit ekonomik, që prap në anën tjetër, në një-- nëse e-e integrojmë ato, zhvillimi ekonomik vjen nga si ne dimë </w:t>
      </w:r>
      <w:r w:rsidR="00DD3199">
        <w:lastRenderedPageBreak/>
        <w:t>ta shfrytëzojmë pasurinë tonë që na ka dhuru natyra në komunën e Rahovecit. Si dimë t'i shfrytëzojmë resurset natyrore duke-- në këtë rast duke mos i marrë parasysh resurset njerëzore, sepse ato ndikojnë direkt në zhvillimin ekonomik. Por këto janë tema shumë të gjata që duhet të bisedohen, duhet trajtohen. Është mirë që ndoshta sepse edhe ligjet, përmend atë ligjet që i aprovon Kuvendi i Kosovës, ato janë ligje-- ato janë-- Kuvendi i Kosovës është Kuvendi i Republikës sonë dhe i qytetarëve tonë. Nuk guxon me metë ligjet statike që nëse është aprovu para njëzet vjetëve, tridhëndë, tash të mos pasë të drejtë me-me ndryshu. Por ne jemi ata që mund t'i ngrisim këtë çështje dhe mund t'i shtyjmë përpara. Këtu tash vit pas viti kërkesat ndryshojnë, ndryshojnë sepse nevojat janë shumë të mëdha. Unë më herët erdhë për një-për një qëllim krejt tjetër, mirëpo në fillim e pat-- e pash të arsyeshme mos me marr fjalën për shkak të asaj çështje, sepse ju thatë që nuk mundni me ngrit çështjen e ndërrimit, destinimit të tokës. Është një çështje që i takon planit zhvillimor të komunës. Po tani po e ngris një çështje krejt tjetër. Unë i takoj fshatit Fortezë edhe ne kemi problem me vërshimet, vërshimet vit pas viti, për të cilët, eee, e ulin nivelin e-e mirëqenies sociale tek qytetari. Ne vazhdimisht jemi nën stres, nën presion, se kur-kurdo që vjen shi, ne ballafaqohemi me vërshime. Kjo çështje s'po mund të zgjidhet asnjëherë. Tash ju si ekspert besoj që i keni edhe njerëz nga fushët e ndryshme, e çka keni paraparan që të ardhen zonale, e çka po parashikë komuna, cilat janë ato zona, si mund të mbrohemi, si mund të realizojmë këtë projekt? Nuk është veç Fortesa, po besoj që Fortesa është vendi që më së shumti po goditet, po janë edhe disa fshatra tjera, Celina, Krusha, Radkovci, Dejni, por në këtë drejtim na po përgatitët dokumente mjaft, edhe Republika e Kosovës, Kuvendi po përgatit dokumente. Po sa po janë të qëndrueshëm këto dokumente, sa po mund të realizohen në praktikë? Ne e dimë ku janë pengesat, qytetarët e kupt-- e-e Fortesës. E dimë që janë mbyllë shumë vija, eee, janë ngritë rrugë, janë realizu pa planifikime të duhura. Tani ballafaqohemi. Tash i kemi dy zgjidhje, qoftë me lëshu fshatin të gjithë ose ajo pjesa ku jemi në ndikimin e vërshimeve, qoftë me bo një projekt voluminoz që na zgjidh këtë problem për me na siguru një jetë e normale në vendin ku jetojmë. Unë e kom mendim se a realizohet, ndoshta nuk jam ekspert i kësaj fushe, po tash këto gjëra të gjithë ne i dimë. Mendimi im është që duhet me parapar zona ndoshta edhe për me ngritë-për me ngritë edhe liqene artificiale ku p.sh. tek ne vijnë ujërat prej Drinosit, prej Rahovecit. Me ngritë liqen artificial i cili në të ardhmen kishte me sjellë edhe të mira materiale sepse do të ishte një rezervuar i madh i ujit, do të shfrytëzohej edhe për plazh, edhe për ujitje, edhe për peshk edhe për gjithë ato, që në momentin kur ka reshje të mëdha, të mund të konservojë ujin që vjen prej bjeshkës, ndërsa në kohën kur ka nevojë me shfrytëzu ato mund të shfrytëzohet për qytetarët. Unë ju falenderoj. Faleminderit! Respekt.</w:t>
      </w:r>
    </w:p>
    <w:p w14:paraId="5D50802B" w14:textId="77777777" w:rsidR="00C40EB3" w:rsidRDefault="00296214">
      <w:r>
        <w:rPr>
          <w:b/>
        </w:rPr>
        <w:t xml:space="preserve">Albnor Mullabazi: </w:t>
      </w:r>
      <w:proofErr w:type="spellStart"/>
      <w:r w:rsidR="00DD3199">
        <w:t>Faleminderit</w:t>
      </w:r>
      <w:proofErr w:type="spellEnd"/>
      <w:r w:rsidR="00DD3199">
        <w:t xml:space="preserve">! Tjetër? Po, </w:t>
      </w:r>
      <w:proofErr w:type="spellStart"/>
      <w:r>
        <w:t>urno</w:t>
      </w:r>
      <w:proofErr w:type="spellEnd"/>
      <w:r w:rsidR="00DD3199">
        <w:t>.</w:t>
      </w:r>
    </w:p>
    <w:p w14:paraId="7451D233" w14:textId="77777777" w:rsidR="00C40EB3" w:rsidRDefault="00C40EB3"/>
    <w:p w14:paraId="01F9F3E7" w14:textId="77777777" w:rsidR="00C40EB3" w:rsidRDefault="00296214">
      <w:r>
        <w:rPr>
          <w:b/>
        </w:rPr>
        <w:t xml:space="preserve">Adnan Kadiri: </w:t>
      </w:r>
      <w:proofErr w:type="spellStart"/>
      <w:r w:rsidR="00DD3199">
        <w:t>Përshëndetje</w:t>
      </w:r>
      <w:proofErr w:type="spellEnd"/>
      <w:r w:rsidR="00DD3199">
        <w:t xml:space="preserve"> </w:t>
      </w:r>
      <w:proofErr w:type="spellStart"/>
      <w:r w:rsidR="00DD3199">
        <w:t>të</w:t>
      </w:r>
      <w:proofErr w:type="spellEnd"/>
      <w:r w:rsidR="00DD3199">
        <w:t xml:space="preserve"> </w:t>
      </w:r>
      <w:proofErr w:type="spellStart"/>
      <w:r w:rsidR="00DD3199">
        <w:t>gjithëve</w:t>
      </w:r>
      <w:proofErr w:type="spellEnd"/>
      <w:r w:rsidR="00DD3199">
        <w:t>! Jam Adnan Kadiri, inxhinier i ndërtimit. Ëëë, duke par-- pas parasysh draftin e hartës zonale të komunës së Rahovecit, përmendet një dokument i rrezikut sizmik dhe zona mbështetëse sizmike. A mund të na sqaroni a është hartuar ndonjë hartë e mikrozizmit-- sizmik?</w:t>
      </w:r>
    </w:p>
    <w:p w14:paraId="6D0EA4AE" w14:textId="77777777" w:rsidR="00C40EB3" w:rsidRDefault="00C40EB3"/>
    <w:p w14:paraId="65D09727" w14:textId="77777777" w:rsidR="00C40EB3" w:rsidRDefault="00296214">
      <w:proofErr w:type="spellStart"/>
      <w:r w:rsidRPr="00296214">
        <w:rPr>
          <w:b/>
        </w:rPr>
        <w:t>Ismajl</w:t>
      </w:r>
      <w:proofErr w:type="spellEnd"/>
      <w:r w:rsidRPr="00296214">
        <w:rPr>
          <w:b/>
        </w:rPr>
        <w:t xml:space="preserve"> </w:t>
      </w:r>
      <w:proofErr w:type="spellStart"/>
      <w:r w:rsidRPr="00296214">
        <w:rPr>
          <w:b/>
        </w:rPr>
        <w:t>Baftjari</w:t>
      </w:r>
      <w:proofErr w:type="spellEnd"/>
      <w:r>
        <w:t xml:space="preserve">: </w:t>
      </w:r>
      <w:proofErr w:type="spellStart"/>
      <w:r w:rsidR="00DD3199">
        <w:t>Fillimisht</w:t>
      </w:r>
      <w:proofErr w:type="spellEnd"/>
      <w:r w:rsidR="00DD3199">
        <w:t xml:space="preserve">, </w:t>
      </w:r>
      <w:proofErr w:type="spellStart"/>
      <w:r w:rsidR="00DD3199">
        <w:t>fillimisht</w:t>
      </w:r>
      <w:proofErr w:type="spellEnd"/>
      <w:r w:rsidR="00DD3199">
        <w:t xml:space="preserve"> </w:t>
      </w:r>
      <w:proofErr w:type="spellStart"/>
      <w:r w:rsidR="00DD3199">
        <w:t>intervenoi</w:t>
      </w:r>
      <w:proofErr w:type="spellEnd"/>
      <w:r w:rsidR="00DD3199">
        <w:t xml:space="preserve"> </w:t>
      </w:r>
      <w:proofErr w:type="spellStart"/>
      <w:r w:rsidR="00DD3199">
        <w:t>Kujtim</w:t>
      </w:r>
      <w:proofErr w:type="spellEnd"/>
      <w:r w:rsidR="00DD3199">
        <w:t>. I kemi ngritur disa çështje, plot çështje, po është e vërtetë që dokumenti u takon qytetarëve, por dokumenti ka punuar sipas ligjit dhe sipas disa kritereve që kanë përcaktuar qytetarët, qe qysh i kanë përcaktuar qytetarët. Pushteti lokal është me zgjedhje të lira demokratike. Përfaqësimi bëhet në çfarë format i qytetarëve në pushtet lokal, sikur bëhet edhe në pushtet qendror, kështu që po i takon qytetarëve, po janë nëpër disa procedura që kalon në disa korniza ligjore që thjesht me gjithatë, me gjithatë, qëllimi kryesor i hartës zonale nuk është më marrë vesh me qenien sociale. Qëllimi kryesor i hartës zonale është të gjitha destinimet, të gjitha destinimet që janë në plan zhvillimor komunal, mi trajtu, mi ba kushte zhvillimore, kushte ndërtimore. Ne nuk jemi ata që vlerësojmë a ba plani zhvillimor komunal mirë a s'bë mirë. E ka punu dikush tjetër. Është çështje e politikave zhvillimore komunale, çështje e kompanisë që ka marrë pjesë në hartimin e dokumentit është çështje e-- mirë po, me thënë kështu, thjesht nëse nuk e gjen në çdo zonë që të që ka kushte zhvillimore, kushte ndërtimore edhe më së atëri ne mundem me diskutu, por nuk mundem me diskutu për një liqen, p.sh. sikur për mendje që nuk është plan zhvillimor komunal. Zona e vërshimeve është jashtëzakonisht me interes, trajtohet me, me, me zona mbishtresore sikur trajtohet dhe sizmika me zona mbishtresore. Normal që harta sizmike është e vendosur, por jo mikrosizmika, jo qysh reagojnë ndërtesat nëse në rast tërmeti me një thellësi të caktume, ajo nuk është e, nuk janë të përcaktuara se ligjvënësi nuk e ka kërkuar mikrosizmikën. Ligjvënësi ka kërkuar vetëm harta sizmike, ato të përdorën hartat zyrtare që ka shteti i Kosovës. Mund me diskutu për cilësinë e hartave sa të dush, por nuk jemi ata që i kontestojmë ose i diskutojmë. Jemi të detyruar me marrë qatë shka na e ka dhënë sistem. Normal që mikrosizmika komuna mund me u organizu për zona të caktuara, për zhvillime të caktuara. Tash nuk e di këtu se jo për keq sistemin, po p.sh. ku ka penda, ku ka ndërtime intensive, ku ka normal që në shtete normale nuk bën ato pa, pa zona, pa mikrosizmik. Mirëpo, edhe normal që pa shpime gjeomekanike ato i dini më se je i fushës, e di më mirë që nuk kalon asnjë projekt që të jepet leja pa, pa këto. Mirëpo realisht vërshimet trajtohen te, te harta zonale, ipën me zona mbishtresore, shifrat potencialisht, mirëpo zonat e definuara me plan zhvillimor komunal, shifrat, niveli i vërshimeve historik që kanë ndodhë edhe më pas, në varësi na jipën kushtet që i bën. Ka mundësi një zonë që është e pamundur me masa inxhinierike dhe teknike me konsolidu për mu ndërtu aty, me thënë që nuk ndërtohet për shkak se kushtet e hartës janë sekondare kur janë zona mbishtresore në raport me kushtet e har-- e shtresave të caktuara. Cilat janë shtresat e caktuara? Është sizmika, mund të ketë një zonë arkeologjike, një zonë historike, një resurs mineral, janë disa, disa, disa vërshimet janë disa, disa shtresa edhe tash aty ku lejot synohet që p.sh. bodrumet e këto mu kanë me se pas për një bodrum përdhesa me s'me pas hapje deri në nivelin ku potencialisht mund me mrrë vërshimi, domethënë gjatë që historikisht është regjistruar në një zonë të tillë. Rruga më kanë e ngritur në at nivel që thjesht e mundëson komunikimin edhe nëse ka vërshime potenciale edhe masa të tjera, kanalet për largimin e ujërave dhe sisteme të tjera të cilat janë, mirëpo realisht nuk ka qyshi i trajton, i trajton edhe ato, edhe ja përsëris, i trajton të gjithë ata që janë trajtuar me plan zhvillimor komunal. Faleminderit. Po, në Veran.</w:t>
      </w:r>
    </w:p>
    <w:p w14:paraId="0E43B253" w14:textId="77777777" w:rsidR="00C40EB3" w:rsidRDefault="00296214">
      <w:r>
        <w:rPr>
          <w:b/>
        </w:rPr>
        <w:lastRenderedPageBreak/>
        <w:t xml:space="preserve">Berat Duraku: </w:t>
      </w:r>
      <w:proofErr w:type="spellStart"/>
      <w:r w:rsidR="00DD3199">
        <w:t>Përshëndetje</w:t>
      </w:r>
      <w:proofErr w:type="spellEnd"/>
      <w:r w:rsidR="00DD3199">
        <w:t xml:space="preserve"> </w:t>
      </w:r>
      <w:proofErr w:type="spellStart"/>
      <w:r w:rsidR="00DD3199">
        <w:t>për</w:t>
      </w:r>
      <w:proofErr w:type="spellEnd"/>
      <w:r w:rsidR="00DD3199">
        <w:t xml:space="preserve"> </w:t>
      </w:r>
      <w:proofErr w:type="spellStart"/>
      <w:r w:rsidR="00DD3199">
        <w:t>të</w:t>
      </w:r>
      <w:proofErr w:type="spellEnd"/>
      <w:r w:rsidR="00DD3199">
        <w:t xml:space="preserve"> </w:t>
      </w:r>
      <w:proofErr w:type="spellStart"/>
      <w:r w:rsidR="00DD3199">
        <w:t>gjithë</w:t>
      </w:r>
      <w:proofErr w:type="spellEnd"/>
      <w:r w:rsidR="00DD3199">
        <w:t>! Unë do të deshta vetëm një pyetje konkrete kështu. Nëse plani zhvillimor ose kufijtë e planit zhvillimor e kanë përcaktuar një zonë ndërtimore edhe brenda asaj hapësire ose zone është një parcelë, po është zonë 13 dhe në libër kadastrale ka të shkruar që është tokë bujqësore. A do të duhet kjo që të bëhet ndryshim i destinimit të tokës, edhe pse ajo hapësirë edhe ajo parcelë është brenda hapësirës së zonës së ndërtimit?</w:t>
      </w:r>
    </w:p>
    <w:p w14:paraId="561CD6FE" w14:textId="77777777" w:rsidR="00C40EB3" w:rsidRDefault="00C40EB3"/>
    <w:p w14:paraId="2B70BAFF" w14:textId="77777777" w:rsidR="00C40EB3" w:rsidRDefault="00296214">
      <w:proofErr w:type="spellStart"/>
      <w:r>
        <w:rPr>
          <w:b/>
        </w:rPr>
        <w:t>Ismajl</w:t>
      </w:r>
      <w:proofErr w:type="spellEnd"/>
      <w:r>
        <w:rPr>
          <w:b/>
        </w:rPr>
        <w:t xml:space="preserve"> </w:t>
      </w:r>
      <w:proofErr w:type="spellStart"/>
      <w:r>
        <w:rPr>
          <w:b/>
        </w:rPr>
        <w:t>Baftjari</w:t>
      </w:r>
      <w:proofErr w:type="spellEnd"/>
      <w:r>
        <w:rPr>
          <w:b/>
        </w:rPr>
        <w:t xml:space="preserve">: </w:t>
      </w:r>
      <w:r>
        <w:t xml:space="preserve"> </w:t>
      </w:r>
      <w:r w:rsidR="00DD3199">
        <w:t xml:space="preserve">E </w:t>
      </w:r>
      <w:proofErr w:type="spellStart"/>
      <w:r w:rsidR="00DD3199">
        <w:t>kemi</w:t>
      </w:r>
      <w:proofErr w:type="spellEnd"/>
      <w:r w:rsidR="00DD3199">
        <w:t xml:space="preserve"> </w:t>
      </w:r>
      <w:proofErr w:type="spellStart"/>
      <w:r w:rsidR="00DD3199">
        <w:t>ngritur</w:t>
      </w:r>
      <w:proofErr w:type="spellEnd"/>
      <w:r w:rsidR="00DD3199">
        <w:t xml:space="preserve"> </w:t>
      </w:r>
      <w:proofErr w:type="spellStart"/>
      <w:r w:rsidR="00DD3199">
        <w:t>çështje</w:t>
      </w:r>
      <w:proofErr w:type="spellEnd"/>
      <w:r w:rsidR="00DD3199">
        <w:t xml:space="preserve"> </w:t>
      </w:r>
      <w:proofErr w:type="spellStart"/>
      <w:r w:rsidR="00DD3199">
        <w:t>që</w:t>
      </w:r>
      <w:proofErr w:type="spellEnd"/>
      <w:r w:rsidR="00DD3199">
        <w:t xml:space="preserve"> </w:t>
      </w:r>
      <w:proofErr w:type="spellStart"/>
      <w:r w:rsidR="00DD3199">
        <w:t>është</w:t>
      </w:r>
      <w:proofErr w:type="spellEnd"/>
      <w:r w:rsidR="00DD3199">
        <w:t xml:space="preserve"> </w:t>
      </w:r>
      <w:proofErr w:type="spellStart"/>
      <w:r w:rsidR="00DD3199">
        <w:t>jashtëzakonisht</w:t>
      </w:r>
      <w:proofErr w:type="spellEnd"/>
      <w:r w:rsidR="00DD3199">
        <w:t xml:space="preserve"> me interes me diskutu, sikur ja thashë edhe Prishtina, pra mendoje ka toka bujqësore brenda kufijve ndërtimorë. Në at moment që për neve si institut, në at moment që përcaktohet kufiri ndërtimor, në mënyrë automatike të gjitha tokat që janë brenda këtij kufiri ndërtimor, që janë destinim, shfrytëzim, përdorim, banim ose përdorime të tjera jo gjelbërim kanë me kalu në toka ndërtimore për këto zhvillime. Është obligim i komunës jo me punu me harta viteve të shtatëdhjeta-tetëdhjeta, por në at moment që ka aprovu planin zhvillimor komunal me e bërë një shtresë edhe te kadastri edhe te dhënat e tjera që tokat mu trajtu në konform dokumenteve që janë aprovu. Fundi i fundit janë dokumenta legale, janë dokumenta që prodhojnë edhe efekte juridike edhe komuna e ka obligim me i integru këto. S'ka kuptim dhjetari, pesari në tokë urbane. Normal që ne e kuptojmë pse është bërë ligji edhe normat për konvertim të tokës bujqësore në tokë ndërtimore. Për ato pagesat që janë bërë atëherë janë kon çdo herë me qëllim me shtu vëllimin e-e toka-ve bujqësore në zona tjera. Ke pagu për konvertim, mirëpo tash nuk është ai rast më. Ato mjete që janë tu dhënë nuk janë tu shku në atë destinim të caktum, ato mjete janë si tyra vetanokët e komunës edhe përdoren për çfarëdo qëllimi, po nuk kam pa as një rast në Kosovë që janë përdorë për zhvillim tokës bujqësore diku tjetër.</w:t>
      </w:r>
    </w:p>
    <w:p w14:paraId="1EC2919F" w14:textId="77777777" w:rsidR="00C40EB3" w:rsidRDefault="00296214">
      <w:r>
        <w:rPr>
          <w:b/>
        </w:rPr>
        <w:t xml:space="preserve">Adonis </w:t>
      </w:r>
      <w:proofErr w:type="spellStart"/>
      <w:r>
        <w:rPr>
          <w:b/>
        </w:rPr>
        <w:t>Sylka</w:t>
      </w:r>
      <w:proofErr w:type="spellEnd"/>
      <w:r>
        <w:rPr>
          <w:b/>
        </w:rPr>
        <w:t xml:space="preserve">: </w:t>
      </w:r>
      <w:proofErr w:type="spellStart"/>
      <w:r w:rsidR="00DD3199">
        <w:t>Përshëndetje</w:t>
      </w:r>
      <w:proofErr w:type="spellEnd"/>
      <w:r w:rsidR="00DD3199">
        <w:t xml:space="preserve">! </w:t>
      </w:r>
      <w:proofErr w:type="spellStart"/>
      <w:r w:rsidR="00DD3199">
        <w:t>Përshëndetje</w:t>
      </w:r>
      <w:proofErr w:type="spellEnd"/>
      <w:r w:rsidR="00DD3199">
        <w:t xml:space="preserve">, </w:t>
      </w:r>
      <w:proofErr w:type="spellStart"/>
      <w:r w:rsidR="00DD3199">
        <w:t>Aduan</w:t>
      </w:r>
      <w:proofErr w:type="spellEnd"/>
      <w:r w:rsidR="00DD3199">
        <w:t xml:space="preserve"> </w:t>
      </w:r>
      <w:proofErr w:type="spellStart"/>
      <w:r>
        <w:t>S</w:t>
      </w:r>
      <w:r w:rsidR="00DD3199">
        <w:t>ylka</w:t>
      </w:r>
      <w:proofErr w:type="spellEnd"/>
      <w:r w:rsidR="00DD3199">
        <w:t xml:space="preserve">, </w:t>
      </w:r>
      <w:r>
        <w:t>R</w:t>
      </w:r>
      <w:r w:rsidR="00DD3199">
        <w:t xml:space="preserve">ahovec. Ëëë, me profesion jam stomatolog, nuk është e njoh brenda fshatit juaja shumë, po e kam një pyetje konkrete. Jam </w:t>
      </w:r>
      <w:proofErr w:type="spellStart"/>
      <w:r w:rsidR="00DD3199">
        <w:t>tu</w:t>
      </w:r>
      <w:proofErr w:type="spellEnd"/>
      <w:r w:rsidR="00DD3199">
        <w:t xml:space="preserve"> </w:t>
      </w:r>
      <w:proofErr w:type="spellStart"/>
      <w:r w:rsidR="00DD3199">
        <w:t>banu</w:t>
      </w:r>
      <w:proofErr w:type="spellEnd"/>
      <w:r w:rsidR="00DD3199">
        <w:t xml:space="preserve"> </w:t>
      </w:r>
      <w:proofErr w:type="spellStart"/>
      <w:r w:rsidR="00DD3199">
        <w:t>në</w:t>
      </w:r>
      <w:proofErr w:type="spellEnd"/>
      <w:r w:rsidR="00DD3199">
        <w:t xml:space="preserve"> </w:t>
      </w:r>
      <w:proofErr w:type="spellStart"/>
      <w:r w:rsidR="00DD3199">
        <w:t>lagjen</w:t>
      </w:r>
      <w:proofErr w:type="spellEnd"/>
      <w:r w:rsidR="00DD3199">
        <w:t xml:space="preserve">, </w:t>
      </w:r>
      <w:proofErr w:type="spellStart"/>
      <w:r w:rsidR="00DD3199">
        <w:t>këtu</w:t>
      </w:r>
      <w:proofErr w:type="spellEnd"/>
      <w:r w:rsidR="00DD3199">
        <w:t xml:space="preserve"> </w:t>
      </w:r>
      <w:r>
        <w:t>Jahja</w:t>
      </w:r>
      <w:r w:rsidR="00DD3199">
        <w:t xml:space="preserve"> </w:t>
      </w:r>
      <w:proofErr w:type="spellStart"/>
      <w:r w:rsidR="00DD3199">
        <w:t>Danuza</w:t>
      </w:r>
      <w:proofErr w:type="spellEnd"/>
      <w:r w:rsidR="00DD3199">
        <w:t xml:space="preserve">, </w:t>
      </w:r>
      <w:proofErr w:type="spellStart"/>
      <w:r w:rsidR="00DD3199">
        <w:t>besoj</w:t>
      </w:r>
      <w:proofErr w:type="spellEnd"/>
      <w:r w:rsidR="00DD3199">
        <w:t xml:space="preserve"> </w:t>
      </w:r>
      <w:proofErr w:type="spellStart"/>
      <w:r w:rsidR="00DD3199">
        <w:t>që</w:t>
      </w:r>
      <w:proofErr w:type="spellEnd"/>
      <w:r w:rsidR="00DD3199">
        <w:t xml:space="preserve"> </w:t>
      </w:r>
      <w:proofErr w:type="spellStart"/>
      <w:r w:rsidR="00DD3199">
        <w:t>janë</w:t>
      </w:r>
      <w:proofErr w:type="spellEnd"/>
      <w:r w:rsidR="00DD3199">
        <w:t xml:space="preserve"> diku afër n-nëntëdhjetë shtëpi. Ëëë, nuk e di edhe saktë në-ku jemi tëëë destinu, a jemi zonë ndërtimi të lartë apo jo, por në qoftë se është zonë e ndërtimit të lartë, pyetja ime konkrete kishte me qenë, ëëë, në qoftë se gjysma e lagjës nuk është për zonë ndërtim të lartë, a-a mundem me mbet ne në zonë, ëëë, banimit, ëëë, ZP-tre apo unë nuk e di, ndërsa pjesa tjetër, se sigurisht që ka me pas, ëëë, mes neve njerëz që kanë me interes me i bo ndërtime të larta, por na që jemi aty që jetojmë moti, a mujmë me vazhdu ose nesër-pasnesër, në qoftë se dojme me mbaru një shtëpi, a kemi me pas mundësi me e bo apo duhemi patjetër, eh, me u detyru me u nënshtru, ëëë, kësaj reforme të banimit kolektiva po-</w:t>
      </w:r>
    </w:p>
    <w:p w14:paraId="29593118" w14:textId="77777777" w:rsidR="00C40EB3" w:rsidRDefault="00C40EB3"/>
    <w:p w14:paraId="5DBD1F43" w14:textId="77777777" w:rsidR="00C40EB3" w:rsidRDefault="00CD6899">
      <w:proofErr w:type="spellStart"/>
      <w:r>
        <w:t>Ismajl</w:t>
      </w:r>
      <w:proofErr w:type="spellEnd"/>
      <w:r>
        <w:t xml:space="preserve"> </w:t>
      </w:r>
      <w:proofErr w:type="spellStart"/>
      <w:r>
        <w:t>Baftjari</w:t>
      </w:r>
      <w:proofErr w:type="spellEnd"/>
      <w:r>
        <w:t xml:space="preserve">: </w:t>
      </w:r>
      <w:proofErr w:type="spellStart"/>
      <w:r w:rsidR="00DD3199">
        <w:t>ju</w:t>
      </w:r>
      <w:proofErr w:type="spellEnd"/>
      <w:r w:rsidR="00DD3199">
        <w:t xml:space="preserve"> </w:t>
      </w:r>
      <w:proofErr w:type="spellStart"/>
      <w:r w:rsidR="00DD3199">
        <w:t>kisha</w:t>
      </w:r>
      <w:proofErr w:type="spellEnd"/>
      <w:r w:rsidR="00DD3199">
        <w:t xml:space="preserve"> </w:t>
      </w:r>
      <w:proofErr w:type="spellStart"/>
      <w:r w:rsidR="00DD3199">
        <w:t>lut</w:t>
      </w:r>
      <w:proofErr w:type="spellEnd"/>
      <w:r w:rsidR="00DD3199">
        <w:t xml:space="preserve"> </w:t>
      </w:r>
      <w:proofErr w:type="spellStart"/>
      <w:r w:rsidR="00DD3199">
        <w:t>që</w:t>
      </w:r>
      <w:proofErr w:type="spellEnd"/>
      <w:r w:rsidR="00DD3199">
        <w:t xml:space="preserve"> </w:t>
      </w:r>
      <w:proofErr w:type="spellStart"/>
      <w:r w:rsidR="00DD3199">
        <w:t>nëse</w:t>
      </w:r>
      <w:proofErr w:type="spellEnd"/>
      <w:r w:rsidR="00DD3199">
        <w:t xml:space="preserve"> </w:t>
      </w:r>
      <w:proofErr w:type="spellStart"/>
      <w:r w:rsidR="00DD3199">
        <w:t>jeni</w:t>
      </w:r>
      <w:proofErr w:type="spellEnd"/>
      <w:r w:rsidR="00DD3199">
        <w:t xml:space="preserve"> n-nëntëdhjetë shtëpi aty, procedoni me ni peticion të nënshkrum si cili prej-prej-prej, me nënshkrim personal, jo me-- p.sh. kemi pas rast Ferizaji që është bo ni peticion edhe ka nënshkru dikush në emën tase, është bo materie e gjykatës edhe besoj që kanë kalu keq. Mirëpo, organizoni, bëni peticionin kuptimit që ju doni me pas </w:t>
      </w:r>
      <w:r w:rsidR="00DD3199">
        <w:lastRenderedPageBreak/>
        <w:t>banim individual aty, edhe ekipa, Komisioni, edhe pse ne po diskutojmë po nuk kemi drejtë ne më Komisionit me fol, Komisioni ka me pas obligim. Obligim e ka edhe për çdo kërkesë qytetarit, një qytetari me-me-me-me dhënë re-- përgjigjje. Mirëpo ti peticioni është një kategori tjetër që ka obligim përgjigjje me ta prunë në shtëpi ose me ju prunë në lagjen aty ku jeni edhe me ju thënë po ose jo. Mirëpo nëse aprovuo dokumentin në Kuvend Komunal, ju garantoj që nëse është banim kolektiv nuk keni mujt me ndërtu shtëpi individualeale, qysh është një kuvizim i-- koqë. Tash kjo hyn mrenda, mrenda diskutimit kushteve mrenda zonës që është besoj që kategori e-e-e-e cila do t'mu trajtu me-me-me-me hartë zonale.</w:t>
      </w:r>
    </w:p>
    <w:p w14:paraId="3B653A5C" w14:textId="77777777" w:rsidR="00C40EB3" w:rsidRDefault="00C40EB3"/>
    <w:p w14:paraId="357CC047" w14:textId="77777777" w:rsidR="00C40EB3" w:rsidRDefault="00DD3199">
      <w:r>
        <w:rPr>
          <w:b/>
        </w:rPr>
        <w:t>01:04:35,950 --&gt; 01:05:51,870 [speaker_9]</w:t>
      </w:r>
    </w:p>
    <w:p w14:paraId="0DE92A01" w14:textId="77777777" w:rsidR="00C40EB3" w:rsidRDefault="00DD3199">
      <w:r>
        <w:t>Ëëë, fiks për këtë, ëëë, edhe e shtrova pyetjen se e di që ka njerëz që kanë dëshirë normale dhe nuk mundet me iu mohu e drejta ose dëshira. Po tash në qoftë se jemi gjysë-gjysë po them, këtë nuk e di si mundet me u zgjidh ajo se nuk, a din, s'kam dëshirë me e pengu dikën se secili i ka interesat e veta dhe është shumë normale, por na që dojme me mbet po them në banim individual, ëëë, qysh është probabiliteti apo sa është mundësia, a din, që neve me mbetë ose në njëfarë mënyre nëse është ndërtim i lartë le të jetë ndërtim i lartë për ata që dojme e bo, por ne që s'dojme e bo me pas mundësi edhe ne me e bo një shtëpi. Domethënë kjo është, këto e kam paqartë se sipas juve, faktikisht neve, ëëë, nëse kalon kjo atëherë ne nuk paska me mundësi, domethënë duhet patjetër me u nënshtru, ëëë, kësaj harte zonale ose propozimit të komunës për ndërtimet e larta edhe gradualisht neve duhet me u zhvendosë ose-- që neve për lagjen tonë është shumë e vështirë sepse ne kemi pasë tragjedi në luftë, është djegë komplet lagjja, domethënë është hera e dytë që neve kemi ndërtu, tash i bie hera e tretë duhet me u zhvendosë apo, po me mujt me gjetë një mirëkuptim prapë se prapë ai që ka interes dhe nuk na pengon le të vazhdon, por ne tjerët po them që kemi interesin me mbetë ashtu, a ka mundësi me mbetë?</w:t>
      </w:r>
    </w:p>
    <w:p w14:paraId="44FD2368" w14:textId="77777777" w:rsidR="00C40EB3" w:rsidRDefault="00C40EB3"/>
    <w:p w14:paraId="3E442BB7" w14:textId="77777777" w:rsidR="00C40EB3" w:rsidRDefault="00DD3199">
      <w:r>
        <w:rPr>
          <w:b/>
        </w:rPr>
        <w:t>01:05:53,710 --&gt; 01:06:55,450 [speaker_1]</w:t>
      </w:r>
    </w:p>
    <w:p w14:paraId="584DEAA3" w14:textId="77777777" w:rsidR="00C40EB3" w:rsidRDefault="00DD3199">
      <w:r>
        <w:t>Unë fillimisht besoj që nëse keni ndërtime aty edhe me hyn në fuqi harta zonale e komunës, kërkush nuk ka me ju detyru me pasë ndryshime. Pa as-- drejti-- ëëë, ndërtimet aktuale mund mu ndryshu vetëm nëse bëni kërkesë për ndërtime të reja. Mirëpo, realisht ligji njef edhe përjashtimet e zonave të caktueme dhe prej kushteve të hartës së re edhe forma tjera të cilat unë besoj se mun me akomodu kërkesën e juve, pa dashtë me marrë rolin e Komisionit i cili ka me dhënë vlerësimin përfundimtar. Mirëpo, realisht çka ndodh në ato raste kur kemi kërkesa të tilla, ajo silueta e ndërtimit, nëse ju keni P+2, nuk mun menjëherë me kon shtatë, po duhet me kon e shkallëzueme që janë kushte që kanë me pasë impakt edhe te, te parcelat tjera, por unë besoj që Komisioni profesional që ka mu marrë me vlerëti sugjerime, komente ka me ju dhënë, ka me ju dhënë mundësinë me vazhdu në qatë format, besoj. Po na, Mustafa.</w:t>
      </w:r>
    </w:p>
    <w:p w14:paraId="402F6347" w14:textId="77777777" w:rsidR="00C40EB3" w:rsidRDefault="00C40EB3"/>
    <w:p w14:paraId="7500827E" w14:textId="77777777" w:rsidR="00C40EB3" w:rsidRDefault="00CD6899">
      <w:r>
        <w:rPr>
          <w:b/>
        </w:rPr>
        <w:lastRenderedPageBreak/>
        <w:t xml:space="preserve">Mustaf </w:t>
      </w:r>
      <w:proofErr w:type="spellStart"/>
      <w:r>
        <w:rPr>
          <w:b/>
        </w:rPr>
        <w:t>Korenica</w:t>
      </w:r>
      <w:proofErr w:type="spellEnd"/>
      <w:r>
        <w:rPr>
          <w:b/>
        </w:rPr>
        <w:t xml:space="preserve">: </w:t>
      </w:r>
      <w:proofErr w:type="spellStart"/>
      <w:r w:rsidR="00DD3199">
        <w:t>Përshëndet-përshëndetje</w:t>
      </w:r>
      <w:proofErr w:type="spellEnd"/>
      <w:r w:rsidR="00DD3199">
        <w:t xml:space="preserve"> </w:t>
      </w:r>
      <w:proofErr w:type="spellStart"/>
      <w:r w:rsidR="00DD3199">
        <w:t>për</w:t>
      </w:r>
      <w:proofErr w:type="spellEnd"/>
      <w:r w:rsidR="00DD3199">
        <w:t xml:space="preserve"> </w:t>
      </w:r>
      <w:proofErr w:type="spellStart"/>
      <w:r w:rsidR="00DD3199">
        <w:t>të</w:t>
      </w:r>
      <w:proofErr w:type="spellEnd"/>
      <w:r w:rsidR="00DD3199">
        <w:t xml:space="preserve"> </w:t>
      </w:r>
      <w:proofErr w:type="spellStart"/>
      <w:r w:rsidR="00DD3199">
        <w:t>pranishmit</w:t>
      </w:r>
      <w:proofErr w:type="spellEnd"/>
      <w:r w:rsidR="00DD3199">
        <w:t xml:space="preserve"> </w:t>
      </w:r>
      <w:proofErr w:type="spellStart"/>
      <w:r w:rsidR="00DD3199">
        <w:t>të</w:t>
      </w:r>
      <w:proofErr w:type="spellEnd"/>
      <w:r w:rsidR="00DD3199">
        <w:t xml:space="preserve"> </w:t>
      </w:r>
      <w:proofErr w:type="spellStart"/>
      <w:r w:rsidR="00DD3199">
        <w:t>gjithë</w:t>
      </w:r>
      <w:proofErr w:type="spellEnd"/>
      <w:r w:rsidR="00DD3199">
        <w:t xml:space="preserve"> që jeni këtu, e sidomos mysafirët, regjoni tjetër që janë prezent këtu. Ndryshe unë jam Mustafa Kuranica, përfaqësoj bizneset e komunës Trovisht. Kam, kam zh-- më shumë pakënaqësi mu marrë, mirëpo do t'ju veçoj disa prej tyre. Një jo e mirë e, e këtij takimi qysh në fillim se pranova kur ju Elaborut, prezentut mundësinë e juaj dhe e, e vlerësut se hartat zonale nuk mund të ndryshojnë planin zhvillimor. </w:t>
      </w:r>
      <w:proofErr w:type="spellStart"/>
      <w:r w:rsidR="00DD3199">
        <w:t>Unë</w:t>
      </w:r>
      <w:proofErr w:type="spellEnd"/>
      <w:r w:rsidR="00DD3199">
        <w:t xml:space="preserve"> </w:t>
      </w:r>
      <w:proofErr w:type="spellStart"/>
      <w:r w:rsidR="00DD3199">
        <w:t>si</w:t>
      </w:r>
      <w:proofErr w:type="spellEnd"/>
      <w:r w:rsidR="00DD3199">
        <w:t xml:space="preserve"> </w:t>
      </w:r>
      <w:proofErr w:type="spellStart"/>
      <w:r w:rsidR="00DD3199">
        <w:t>Mustafë</w:t>
      </w:r>
      <w:proofErr w:type="spellEnd"/>
      <w:r w:rsidR="00DD3199">
        <w:t xml:space="preserve"> </w:t>
      </w:r>
      <w:proofErr w:type="spellStart"/>
      <w:r w:rsidR="00DD3199">
        <w:t>K</w:t>
      </w:r>
      <w:r>
        <w:t>orenica</w:t>
      </w:r>
      <w:proofErr w:type="spellEnd"/>
      <w:r w:rsidR="00DD3199">
        <w:t xml:space="preserve"> e di </w:t>
      </w:r>
      <w:proofErr w:type="spellStart"/>
      <w:r w:rsidR="00DD3199">
        <w:t>që</w:t>
      </w:r>
      <w:proofErr w:type="spellEnd"/>
      <w:r w:rsidR="00DD3199">
        <w:t xml:space="preserve"> </w:t>
      </w:r>
      <w:proofErr w:type="spellStart"/>
      <w:r w:rsidR="00DD3199">
        <w:t>plani</w:t>
      </w:r>
      <w:proofErr w:type="spellEnd"/>
      <w:r w:rsidR="00DD3199">
        <w:t xml:space="preserve"> </w:t>
      </w:r>
      <w:proofErr w:type="spellStart"/>
      <w:r w:rsidR="00DD3199">
        <w:t>zhvillimor</w:t>
      </w:r>
      <w:proofErr w:type="spellEnd"/>
      <w:r w:rsidR="00DD3199">
        <w:t xml:space="preserve"> </w:t>
      </w:r>
      <w:proofErr w:type="spellStart"/>
      <w:r w:rsidR="00DD3199">
        <w:t>është</w:t>
      </w:r>
      <w:proofErr w:type="spellEnd"/>
      <w:r w:rsidR="00DD3199">
        <w:t xml:space="preserve"> aprovu qysh para disa kohe. Nuk, saktësisht nuk e di që një-- prej kur ka fillu. Zhvendosja e hartës-- e hartave zonale ka ndodh qysh ka ndodh. Këtë më së miri ti, drejtori i urbanizmit e di. Është bërë një ping-pong, ngjan në Prishtinë e hudhen në Rahovec. Edhe me këtë qyteti jon, qyteti im, më duket që është një laborator për test për shumë punë të tjera, jo veç për hartat zonale, për planin zhvillimor, për çka do që duhet me u testu në interes të Republikës së Kosovës, po duket Rahoveci është i pari. Mendoj që edhe shumë bizneset, edhe unë personalisht jom i zhgënjyer me këtë që po ndodh me këtë komunën tonë. Kryetari aktual po mundohet me vësh shpirt, me kanalizu, me na realizu qëllimet e bizneseve, mirëpo sigurisht ka pengesa të dëshiruara në qeverisjen qendrore. E ku me e nis e ku me e përfundu. Në fillim kish-- kom pas dëshirë që debati ka fillu në ora dhjetë e gjys, por ndonjëherë është mirë me ditë sa do të zgjatë. Për me ditë pak më u përgatit dhe me ju dhënë pyetje dhe kundërpërgjigje. Po na merr, po na merr një kohën aq shumë sa që ndonjëherë po zhgënjen edhe me kohën që po më shkon. Ju po e elaboroni pro-profesionalizmin e juaji, për ne është i mirëseardhur. Mirëpo, temat e caktuara që na brengosin neve janë të shumta dhe disa prej atyre me pika të shkurtra pak dua me i përmend edhe tani ju i analizoni, i shqyrtoni mundësitë. Te plani, te hartat zonale i kemi analizu, i kemi shqyrtu, i kemi lexu edhe me shkrim ju kemi përgatit një mundësi për ndonjë ndryshim eventual nëse vjen në shprehje. Po e marr si një pikë, një pyetje konkrete. Rruga e UÇK-së, rrethrotullimi në hyrje të Rahovecit dhe në dalje të Rahovecit për në Malishevë është caktuar një etazhitet tre katë, nëse s'gaboj. Tre etaże, qysh dosh të thuaje. Tre etaże. Me këtë çfarë je, një rrugë me strategji zhvillimu-zhvillimore për zhvillim ekonomik, për investimet të dëshiruara, të fiksohet me tre etaże, këtë veç ai dikush që nuk e ka njohë Rahovecin fare në hartën që ekziston në Kosovë. Kjo është shumë e dëmshme, por kontradiktë, kontradiktë me vete është që udhëzimi administrativ që në 2017-ën është udhëzim ekzistues, që vetë një propozim i planit zhvillimor ka qenë i parapam që të shkon deri te gjashtë etaże. Nuk e di çka, sa, gjashtë, pesë apo gjashtë. Saktësisht mos, mos më lidhi për gojë. Por tani është shfrytëzu minimumi i minimumit. Në vend se me ngritë të zhdukunt, ne shkojmë me zvogëlu. Një prej problemeve, pakërsive, pakësi për bizneset që kanë mendu ndonjë investim aty-këtu me bënë në këtë komunë, në këtë komunë. E përmendet para z-- pla-- Ministrinë e Planifikimit Hapësinor. Është ligji në shqyrtim të sipër, sa të kom kuptu. Po, në fund të fundit, edhe ata njerëz punojnë aty. Si ne. As Kuran-i, as Bibla, në kosht që nuk preket nëse kërkohet prej komunitetit të bizneseve apo të komunës së Rahovecit për ndonjë ndry-ndonjë ndryshim eventual. Po këtë nuk e pranoj sigurisht që zoti, si unë s'kem me e pranu. Te puna, te puna pika e dytë. Po e marr si shembull. Parafolësit mi, paras-- disa prej atyre brenga të vetë i parashtron, por një, njëra prej tyre mund të jetë edhe kjo që unë tani e ceki. Ekz-- ndarjen e keni bërë, nuk e di ju, ju, po ata që kanë punu te plani zhvillimor apo te hartat zonale, një parcelë e ndajnë në dy pjesë. Po ka dashur pak me mendu në këtë drejtim. </w:t>
      </w:r>
      <w:r w:rsidR="00DD3199">
        <w:lastRenderedPageBreak/>
        <w:t xml:space="preserve">Ose një pronar nesër do e ndërton një objekt, po në gjysmën e parcelës vetë nuk është pronar faktikisht. Është e dëmshme. Duhet të korrigjohet kjo punë. Mendoj që është rrugës. Mendoj që është rrugës. Sigurisht që e ka edhe pika tjera. Për shembull, pika, pika e treta, katër, si dosh të thuaj. Rruga, rruga prej rrethrotullimit, dalja e Rahovecit për në Malishevë edhe nëse nuk e bëj si, Drenovci. Po jo, kjo pjesa e hyrjes që-- këtu po figuron, thu ti, që është me, aman, autostradë. Për qendrës. Po, prej qendrës, rruga për në Takollari, qysh ka. Me, me emra s'i di. Të shohim këtu po figuron, thu, ti je i panjohur në këtë qytet, sot koha, qytet i zhvilluar, i rregulluar. Në realitet, me bo me shku në atë rrugë, s'merresh. Pse planifikimi i hartave zonale ka dashur ndonjëherë edhe me prek, me prek edhe në vendin e duhur. Nuk është faj kryetari as ky zotëriju, drejtori i urbanizmit, por ata që kanë marrë për obligim me e përpunu, ka dashur edhe në mënyrë profesionale me, me, me përgatit. Tjetër. Biz-bizneset e komunës së Rahovecit e ndjinë veten të, të nënçmuar, të shkelqyer. Kanë pritur shumë prej planit zhvillimor, prej hartave zonale, të hapen frontet e punës, të ndërtimit, zhvillimit ekonomik. Tani në atë drejtim është fiksuu, është kufizuu. Leje këta... Investitorë të huaj, m'i thonë ashtu që do, kanë menduar dhe me ardhë me investime në Rahovec, as ata vendorë që jemi në ekzistencë. Po të shpronësej, po i thonë vetes, a është kjo e mundshme me ndodh me neve këtu? Rruga, rruga Ali Sokoli është, i bie në qendrës. Drejtori i urbanizmit e ka qartë, është profesionalist dhe e din këtë punë. Është caktuar në gjashtë etazhe. Apo? Po tani, ajo i bie si qe-qendrës. Aj po shkoj te qendra më shkurt, mos të shkoj te Ali Sokoli. Po në botë, kudo që kemi sh-qenë, kemi vizitu, prej Kanadasë e në Tokio, po qendrat bre lejohet ndërtimi mbi sakat, pa limit. Këtu te ne është kufizuar jo mundësia, jo e drejtë, është dhimbje, është dhimbje. Nuk e di drejtori i zhvillimit ekonomik këtu, Atini, po e përmendimi eman, ku e, ku e pret zhvillimin e një vendi ai? Nuk mundesh me e prit zhvillimin ekonomik pa, po u marr me konkretizime, me projektet mirëfillta, me projektet prektse, me investimet direkte. S'ka punësim. Ikje e rinisë shkon për këto gabime që, që janë bërë dhe po bëhen prap. Nuk dua me ju rreh më shumë se kom ba më fortë, po </w:t>
      </w:r>
      <w:proofErr w:type="spellStart"/>
      <w:r w:rsidR="00DD3199">
        <w:t>herët</w:t>
      </w:r>
      <w:proofErr w:type="spellEnd"/>
      <w:r w:rsidR="00DD3199">
        <w:t xml:space="preserve"> e </w:t>
      </w:r>
      <w:proofErr w:type="spellStart"/>
      <w:r w:rsidR="00DD3199">
        <w:t>tjera</w:t>
      </w:r>
      <w:proofErr w:type="spellEnd"/>
      <w:r w:rsidR="00DD3199">
        <w:t xml:space="preserve"> </w:t>
      </w:r>
      <w:proofErr w:type="spellStart"/>
      <w:r w:rsidR="00DD3199">
        <w:t>besoj</w:t>
      </w:r>
      <w:proofErr w:type="spellEnd"/>
      <w:r w:rsidR="00DD3199">
        <w:t xml:space="preserve"> </w:t>
      </w:r>
      <w:proofErr w:type="spellStart"/>
      <w:r w:rsidR="00DD3199">
        <w:t>që</w:t>
      </w:r>
      <w:proofErr w:type="spellEnd"/>
      <w:r w:rsidR="00DD3199">
        <w:t xml:space="preserve"> po.</w:t>
      </w:r>
      <w:r w:rsidRPr="00CD6899">
        <w:t xml:space="preserve"> </w:t>
      </w:r>
      <w:proofErr w:type="spellStart"/>
      <w:r w:rsidRPr="00CD6899">
        <w:t>Faleminderit</w:t>
      </w:r>
      <w:proofErr w:type="spellEnd"/>
      <w:r w:rsidRPr="00CD6899">
        <w:t xml:space="preserve"> </w:t>
      </w:r>
      <w:proofErr w:type="spellStart"/>
      <w:r w:rsidRPr="00CD6899">
        <w:t>për</w:t>
      </w:r>
      <w:proofErr w:type="spellEnd"/>
      <w:r w:rsidRPr="00CD6899">
        <w:t xml:space="preserve"> </w:t>
      </w:r>
      <w:proofErr w:type="spellStart"/>
      <w:r w:rsidRPr="00CD6899">
        <w:t>mirëkuptimin</w:t>
      </w:r>
      <w:proofErr w:type="spellEnd"/>
      <w:r w:rsidRPr="00CD6899">
        <w:t xml:space="preserve"> dhe </w:t>
      </w:r>
      <w:proofErr w:type="spellStart"/>
      <w:r w:rsidRPr="00CD6899">
        <w:t>për</w:t>
      </w:r>
      <w:proofErr w:type="spellEnd"/>
      <w:r w:rsidRPr="00CD6899">
        <w:t xml:space="preserve"> </w:t>
      </w:r>
      <w:proofErr w:type="spellStart"/>
      <w:r w:rsidRPr="00CD6899">
        <w:t>durimin</w:t>
      </w:r>
      <w:proofErr w:type="spellEnd"/>
      <w:r w:rsidRPr="00CD6899">
        <w:t>.</w:t>
      </w:r>
    </w:p>
    <w:p w14:paraId="2F9B0499" w14:textId="77777777" w:rsidR="00C40EB3" w:rsidRDefault="00C40EB3"/>
    <w:p w14:paraId="690C3FEA" w14:textId="77777777" w:rsidR="00C40EB3" w:rsidRDefault="00CD6899">
      <w:r>
        <w:rPr>
          <w:b/>
        </w:rPr>
        <w:t xml:space="preserve">Albnor Mullabazi: </w:t>
      </w:r>
    </w:p>
    <w:p w14:paraId="15FCE826" w14:textId="77777777" w:rsidR="00C40EB3" w:rsidRDefault="00DD3199">
      <w:r>
        <w:t xml:space="preserve">Na </w:t>
      </w:r>
      <w:proofErr w:type="spellStart"/>
      <w:r>
        <w:t>jemi</w:t>
      </w:r>
      <w:proofErr w:type="spellEnd"/>
      <w:r>
        <w:t xml:space="preserve"> </w:t>
      </w:r>
      <w:proofErr w:type="spellStart"/>
      <w:r>
        <w:t>njerëz</w:t>
      </w:r>
      <w:proofErr w:type="spellEnd"/>
      <w:r>
        <w:t xml:space="preserve">, </w:t>
      </w:r>
      <w:proofErr w:type="spellStart"/>
      <w:r>
        <w:t>krejt</w:t>
      </w:r>
      <w:proofErr w:type="spellEnd"/>
      <w:r>
        <w:t xml:space="preserve"> </w:t>
      </w:r>
      <w:proofErr w:type="spellStart"/>
      <w:r>
        <w:t>jemi</w:t>
      </w:r>
      <w:proofErr w:type="spellEnd"/>
      <w:r>
        <w:t xml:space="preserve"> </w:t>
      </w:r>
      <w:proofErr w:type="spellStart"/>
      <w:r>
        <w:t>të</w:t>
      </w:r>
      <w:proofErr w:type="spellEnd"/>
      <w:r>
        <w:t xml:space="preserve"> </w:t>
      </w:r>
      <w:proofErr w:type="spellStart"/>
      <w:r>
        <w:t>gabueshëm</w:t>
      </w:r>
      <w:proofErr w:type="spellEnd"/>
      <w:r>
        <w:t>.</w:t>
      </w:r>
      <w:r w:rsidR="00CD6899">
        <w:t xml:space="preserve"> </w:t>
      </w:r>
      <w:r>
        <w:t xml:space="preserve">Sa i përket planit zhvillimor, s'po them që s'ka pas gabime në plan zhvillimor ka mund me pas edhe lëshime, por </w:t>
      </w:r>
      <w:proofErr w:type="spellStart"/>
      <w:r>
        <w:t>sa</w:t>
      </w:r>
      <w:proofErr w:type="spellEnd"/>
      <w:r>
        <w:t xml:space="preserve"> </w:t>
      </w:r>
      <w:proofErr w:type="spellStart"/>
      <w:r>
        <w:t>i</w:t>
      </w:r>
      <w:proofErr w:type="spellEnd"/>
      <w:r>
        <w:t xml:space="preserve"> </w:t>
      </w:r>
      <w:proofErr w:type="spellStart"/>
      <w:r>
        <w:t>përket</w:t>
      </w:r>
      <w:proofErr w:type="spellEnd"/>
      <w:r>
        <w:t xml:space="preserve"> </w:t>
      </w:r>
      <w:proofErr w:type="spellStart"/>
      <w:r>
        <w:t>zhvillimit</w:t>
      </w:r>
      <w:proofErr w:type="spellEnd"/>
      <w:r>
        <w:t xml:space="preserve">, plan </w:t>
      </w:r>
      <w:proofErr w:type="spellStart"/>
      <w:r>
        <w:t>zhvillimor</w:t>
      </w:r>
      <w:proofErr w:type="spellEnd"/>
      <w:r>
        <w:t xml:space="preserve">, </w:t>
      </w:r>
      <w:proofErr w:type="spellStart"/>
      <w:r w:rsidR="00CD6899">
        <w:t>veç</w:t>
      </w:r>
      <w:proofErr w:type="spellEnd"/>
      <w:r w:rsidR="00CD6899">
        <w:t xml:space="preserve"> </w:t>
      </w:r>
      <w:proofErr w:type="spellStart"/>
      <w:r>
        <w:t>kthehem</w:t>
      </w:r>
      <w:r w:rsidR="00CD6899">
        <w:t>i</w:t>
      </w:r>
      <w:proofErr w:type="spellEnd"/>
      <w:r>
        <w:t xml:space="preserve"> ka</w:t>
      </w:r>
      <w:r w:rsidR="00CD6899">
        <w:t xml:space="preserve"> </w:t>
      </w:r>
      <w:proofErr w:type="spellStart"/>
      <w:r>
        <w:t>mali</w:t>
      </w:r>
      <w:proofErr w:type="spellEnd"/>
      <w:r>
        <w:t xml:space="preserve"> </w:t>
      </w:r>
      <w:proofErr w:type="spellStart"/>
      <w:r>
        <w:t>Zatriqi</w:t>
      </w:r>
      <w:proofErr w:type="spellEnd"/>
      <w:r>
        <w:t xml:space="preserve">, </w:t>
      </w:r>
      <w:proofErr w:type="spellStart"/>
      <w:r>
        <w:t>që</w:t>
      </w:r>
      <w:proofErr w:type="spellEnd"/>
      <w:r>
        <w:t xml:space="preserve"> </w:t>
      </w:r>
      <w:proofErr w:type="spellStart"/>
      <w:r>
        <w:t>janë</w:t>
      </w:r>
      <w:proofErr w:type="spellEnd"/>
      <w:r>
        <w:t xml:space="preserve"> </w:t>
      </w:r>
      <w:proofErr w:type="spellStart"/>
      <w:r>
        <w:t>njëqind</w:t>
      </w:r>
      <w:proofErr w:type="spellEnd"/>
      <w:r>
        <w:t xml:space="preserve"> e tridhjetë milionë që janë investuar. Janë edhe pesë-gjashtë parque tjera solare që janë milion në investim. Nuk mujna me thanë që nuk ka ndodh zhvillimi. Ka mund me pas mangësi plani zhvillimor. Kena mujt mos me i përfshi krejt parcelat në zonë ndërtimore. Jemi mundu që parcelat që janë në kufij me i përfshi si zonë ndërtimore, po edhe aty nuk ka ikë se nuk kena mujtë krejt territorin e komunës së Rahovecit mos me i pre naj parcelë. Më, sipas formas parcelave ka mujt edhe muna ikë diku me pre që gjysën e parcelës. Këto kanë mujt me ndodh, lëshimet janë gabime njerëzore që kanë ndodh, se nuk kena mujtë krejt territorin e komunës që me shku parcelë për parcelë, sepse sipas formave të parcelave nuk kena mujtë me ju përshtatë çdo herë, po jemi mundu maksimum që mos me i pre. Te vonesat, jam kanë pjesë vet edhe e hartimit të </w:t>
      </w:r>
      <w:r>
        <w:lastRenderedPageBreak/>
        <w:t xml:space="preserve">planit zhvillimor, kam marrë pjesë. </w:t>
      </w:r>
      <w:proofErr w:type="spellStart"/>
      <w:r>
        <w:t>Më</w:t>
      </w:r>
      <w:proofErr w:type="spellEnd"/>
      <w:r>
        <w:t xml:space="preserve"> </w:t>
      </w:r>
      <w:proofErr w:type="spellStart"/>
      <w:r>
        <w:t>vonë</w:t>
      </w:r>
      <w:proofErr w:type="spellEnd"/>
      <w:r>
        <w:t xml:space="preserve"> </w:t>
      </w:r>
      <w:proofErr w:type="spellStart"/>
      <w:r>
        <w:t>plani</w:t>
      </w:r>
      <w:proofErr w:type="spellEnd"/>
      <w:r>
        <w:t xml:space="preserve"> </w:t>
      </w:r>
      <w:proofErr w:type="spellStart"/>
      <w:r>
        <w:t>zhvillimor</w:t>
      </w:r>
      <w:proofErr w:type="spellEnd"/>
      <w:r>
        <w:t xml:space="preserve"> </w:t>
      </w:r>
      <w:proofErr w:type="spellStart"/>
      <w:r>
        <w:t>është</w:t>
      </w:r>
      <w:proofErr w:type="spellEnd"/>
      <w:r>
        <w:t xml:space="preserve"> </w:t>
      </w:r>
      <w:proofErr w:type="spellStart"/>
      <w:r>
        <w:t>marrë</w:t>
      </w:r>
      <w:proofErr w:type="spellEnd"/>
      <w:r>
        <w:t xml:space="preserve"> </w:t>
      </w:r>
      <w:proofErr w:type="spellStart"/>
      <w:r>
        <w:t>vendimin</w:t>
      </w:r>
      <w:proofErr w:type="spellEnd"/>
      <w:r>
        <w:t xml:space="preserve"> </w:t>
      </w:r>
      <w:proofErr w:type="spellStart"/>
      <w:r>
        <w:t>kohën</w:t>
      </w:r>
      <w:proofErr w:type="spellEnd"/>
      <w:r>
        <w:t xml:space="preserve"> </w:t>
      </w:r>
      <w:proofErr w:type="spellStart"/>
      <w:r>
        <w:t>shumë</w:t>
      </w:r>
      <w:proofErr w:type="spellEnd"/>
      <w:r>
        <w:t xml:space="preserve"> para se me u anëtarësu, po në momentin që kem shku në ministri, te plani zhvillimor kem pas vështirësi. Kem arritë diku çu me kry ministri, kem marrë të hartë zonale, kem bë bashkë me kompaninë, e cila nuk e ka pasë obligim me bë vlerësimin mjedisor të hartë zonale, po na ka ndihmu në atë pjesë, nuk ka gjind na e ka kry pa kurrfarë obligimi, pa kurrfarë kontrate vlerësimi mjedisor, e kem dorëzu në ministri. </w:t>
      </w:r>
      <w:r w:rsidR="00CD6899">
        <w:t xml:space="preserve"> </w:t>
      </w:r>
      <w:proofErr w:type="spellStart"/>
      <w:proofErr w:type="gramStart"/>
      <w:r w:rsidR="00CD6899">
        <w:t>V</w:t>
      </w:r>
      <w:r>
        <w:t>endimi</w:t>
      </w:r>
      <w:proofErr w:type="spellEnd"/>
      <w:r w:rsidR="00CD6899">
        <w:t xml:space="preserve"> </w:t>
      </w:r>
      <w:r>
        <w:t xml:space="preserve"> </w:t>
      </w:r>
      <w:proofErr w:type="spellStart"/>
      <w:r>
        <w:t>zyrtar</w:t>
      </w:r>
      <w:proofErr w:type="spellEnd"/>
      <w:proofErr w:type="gramEnd"/>
      <w:r>
        <w:t xml:space="preserve"> </w:t>
      </w:r>
      <w:proofErr w:type="spellStart"/>
      <w:r>
        <w:t>që</w:t>
      </w:r>
      <w:proofErr w:type="spellEnd"/>
      <w:r>
        <w:t xml:space="preserve"> </w:t>
      </w:r>
      <w:proofErr w:type="spellStart"/>
      <w:r>
        <w:t>është</w:t>
      </w:r>
      <w:proofErr w:type="spellEnd"/>
      <w:r>
        <w:t xml:space="preserve"> nardhë prej ministrit, prej ministrisë së vlerësimit mjedisor është data që është pregaditë </w:t>
      </w:r>
      <w:proofErr w:type="spellStart"/>
      <w:r>
        <w:t>prej</w:t>
      </w:r>
      <w:proofErr w:type="spellEnd"/>
      <w:r>
        <w:t xml:space="preserve"> </w:t>
      </w:r>
      <w:proofErr w:type="spellStart"/>
      <w:r>
        <w:t>zyrtarëve</w:t>
      </w:r>
      <w:proofErr w:type="spellEnd"/>
      <w:r>
        <w:t xml:space="preserve"> </w:t>
      </w:r>
      <w:proofErr w:type="spellStart"/>
      <w:r>
        <w:t>të</w:t>
      </w:r>
      <w:proofErr w:type="spellEnd"/>
      <w:r>
        <w:t xml:space="preserve"> </w:t>
      </w:r>
      <w:proofErr w:type="spellStart"/>
      <w:r>
        <w:t>mjedisit</w:t>
      </w:r>
      <w:proofErr w:type="spellEnd"/>
      <w:r>
        <w:t xml:space="preserve"> ka </w:t>
      </w:r>
      <w:proofErr w:type="spellStart"/>
      <w:r>
        <w:t>qenë</w:t>
      </w:r>
      <w:proofErr w:type="spellEnd"/>
      <w:r>
        <w:t xml:space="preserve"> </w:t>
      </w:r>
      <w:proofErr w:type="spellStart"/>
      <w:r>
        <w:t>marsi</w:t>
      </w:r>
      <w:proofErr w:type="spellEnd"/>
      <w:r>
        <w:t xml:space="preserve">, </w:t>
      </w:r>
      <w:proofErr w:type="spellStart"/>
      <w:r>
        <w:t>ndërsa</w:t>
      </w:r>
      <w:proofErr w:type="spellEnd"/>
      <w:r>
        <w:t xml:space="preserve"> </w:t>
      </w:r>
      <w:proofErr w:type="spellStart"/>
      <w:r>
        <w:t>protokolli</w:t>
      </w:r>
      <w:proofErr w:type="spellEnd"/>
      <w:r>
        <w:t xml:space="preserve"> dhe </w:t>
      </w:r>
      <w:proofErr w:type="spellStart"/>
      <w:r>
        <w:t>nënshkrimi</w:t>
      </w:r>
      <w:proofErr w:type="spellEnd"/>
      <w:r>
        <w:t xml:space="preserve"> i ministrit ka ardhur muajin e dhjetë. Për këtë kom dalë edhe para ministrisë, subjektit, ministrisë kom fol, po nuk kem pas fuqi me ndiku më shumë. Më vonë në nëntor muajt ditë ka nardhë vendimi, ka nardhë në tavolinë të ministrit. Më, kanë ndodh vonesat që nuk janë kanë drejtë për drejtë e na. Pastaj të hartë zonale, jemi mbi shtatëmbëdhjetë muaj në ministri me hartë zonale. Na janë dorëzu gjashtë drafte. Kemi Hoqën e Madhe që </w:t>
      </w:r>
      <w:proofErr w:type="spellStart"/>
      <w:r>
        <w:t>është</w:t>
      </w:r>
      <w:proofErr w:type="spellEnd"/>
      <w:r>
        <w:t xml:space="preserve"> </w:t>
      </w:r>
      <w:proofErr w:type="spellStart"/>
      <w:r>
        <w:t>problemi</w:t>
      </w:r>
      <w:proofErr w:type="spellEnd"/>
      <w:r>
        <w:t xml:space="preserve"> </w:t>
      </w:r>
      <w:proofErr w:type="spellStart"/>
      <w:r>
        <w:t>që</w:t>
      </w:r>
      <w:proofErr w:type="spellEnd"/>
      <w:r>
        <w:t xml:space="preserve"> </w:t>
      </w:r>
      <w:proofErr w:type="spellStart"/>
      <w:r>
        <w:t>na</w:t>
      </w:r>
      <w:proofErr w:type="spellEnd"/>
      <w:r>
        <w:t xml:space="preserve"> ka </w:t>
      </w:r>
      <w:proofErr w:type="spellStart"/>
      <w:r w:rsidR="00CD6899">
        <w:t>jetë</w:t>
      </w:r>
      <w:proofErr w:type="spellEnd"/>
      <w:r>
        <w:t xml:space="preserve"> </w:t>
      </w:r>
      <w:proofErr w:type="spellStart"/>
      <w:r>
        <w:t>n</w:t>
      </w:r>
      <w:r w:rsidR="00CD6899">
        <w:t>’</w:t>
      </w:r>
      <w:r>
        <w:t>d</w:t>
      </w:r>
      <w:r w:rsidR="00CD6899">
        <w:t>e</w:t>
      </w:r>
      <w:r>
        <w:t>r</w:t>
      </w:r>
      <w:proofErr w:type="spellEnd"/>
      <w:r>
        <w:t xml:space="preserve">. Më, prej komenteve të para që është kërku, na e kemi vendos sipas ligjit që është për Hoqën e Madhe, mos me vendos kushtet, ligji vendos për atë pjesë. Është kërku prej ministrisë me i çitë, me i hekë man gjashtë herë, deri sa kemi mrri me marrë një dakordim prej tyre. Dhe prap, kur e kemi marrë pëlqimin për me e hapi qasë qytetim publik, është dashtë me ndërhyrë kryetari edhe me i kërcënu me gjykatë personalisht zyrtar që kanë nardhë të ministri. Më, vonesat që kanë ndodh nuk janë shkaktar tonë. Na sot këtu po e bëjmë, kena bërë dhe shumë takime të tjera, askush nuk e ka ndalu kërkon me çitë kërkesë, pavarësisht shfrytëzimeve të tokës, çdo kërkesë që adresohet Komisioni ka me trajtu. Edhe na jemi në favor me ndryshu nëse kem mundësi ligjore, kena me i kërku qasë mundësi ligjore që me bo qat ndryshim. Me, është Komisioni që e trajton çdo kërkesë që na vjen. </w:t>
      </w:r>
      <w:proofErr w:type="spellStart"/>
      <w:r>
        <w:t>Ndërsa</w:t>
      </w:r>
      <w:proofErr w:type="spellEnd"/>
      <w:r>
        <w:t xml:space="preserve"> </w:t>
      </w:r>
      <w:proofErr w:type="spellStart"/>
      <w:r>
        <w:t>sa</w:t>
      </w:r>
      <w:proofErr w:type="spellEnd"/>
      <w:r>
        <w:t xml:space="preserve"> </w:t>
      </w:r>
      <w:proofErr w:type="spellStart"/>
      <w:r>
        <w:t>i</w:t>
      </w:r>
      <w:proofErr w:type="spellEnd"/>
      <w:r>
        <w:t xml:space="preserve"> </w:t>
      </w:r>
      <w:proofErr w:type="spellStart"/>
      <w:r>
        <w:t>përket</w:t>
      </w:r>
      <w:proofErr w:type="spellEnd"/>
      <w:r>
        <w:t xml:space="preserve"> </w:t>
      </w:r>
      <w:proofErr w:type="spellStart"/>
      <w:r>
        <w:t>etazhitetit</w:t>
      </w:r>
      <w:proofErr w:type="spellEnd"/>
      <w:r>
        <w:t xml:space="preserve"> </w:t>
      </w:r>
      <w:proofErr w:type="spellStart"/>
      <w:r>
        <w:t>të</w:t>
      </w:r>
      <w:proofErr w:type="spellEnd"/>
      <w:r>
        <w:t xml:space="preserve"> </w:t>
      </w:r>
      <w:proofErr w:type="spellStart"/>
      <w:r>
        <w:t>rrugës</w:t>
      </w:r>
      <w:proofErr w:type="spellEnd"/>
      <w:r>
        <w:t xml:space="preserve"> UÇK-se </w:t>
      </w:r>
      <w:proofErr w:type="spellStart"/>
      <w:r>
        <w:t>në</w:t>
      </w:r>
      <w:proofErr w:type="spellEnd"/>
      <w:r>
        <w:t xml:space="preserve"> pjesë tjerat të qytetit, ma jemi në qatë kohë që mujna me ndryshu. Ma jemi në atë kohë që kërkesat e juaja që vijnë për qat pjesë ndryshuar. Na nuk mujna me e parapar, siç e patëm edhe më </w:t>
      </w:r>
      <w:proofErr w:type="spellStart"/>
      <w:r>
        <w:t>herët</w:t>
      </w:r>
      <w:proofErr w:type="spellEnd"/>
      <w:r>
        <w:t xml:space="preserve"> </w:t>
      </w:r>
      <w:proofErr w:type="spellStart"/>
      <w:r>
        <w:t>është</w:t>
      </w:r>
      <w:proofErr w:type="spellEnd"/>
      <w:r>
        <w:t xml:space="preserve"> </w:t>
      </w:r>
      <w:proofErr w:type="spellStart"/>
      <w:r>
        <w:t>zonë</w:t>
      </w:r>
      <w:proofErr w:type="spellEnd"/>
      <w:r>
        <w:t xml:space="preserve"> </w:t>
      </w:r>
      <w:proofErr w:type="spellStart"/>
      <w:r>
        <w:t>banimi</w:t>
      </w:r>
      <w:proofErr w:type="spellEnd"/>
      <w:r>
        <w:t xml:space="preserve"> me </w:t>
      </w:r>
      <w:proofErr w:type="spellStart"/>
      <w:r>
        <w:t>i</w:t>
      </w:r>
      <w:proofErr w:type="spellEnd"/>
      <w:r>
        <w:t xml:space="preserve"> </w:t>
      </w:r>
      <w:proofErr w:type="spellStart"/>
      <w:r>
        <w:t>çitë</w:t>
      </w:r>
      <w:proofErr w:type="spellEnd"/>
      <w:r w:rsidR="00CD6899">
        <w:t xml:space="preserve"> </w:t>
      </w:r>
      <w:r>
        <w:t xml:space="preserve">me e </w:t>
      </w:r>
      <w:proofErr w:type="spellStart"/>
      <w:r>
        <w:t>blloku</w:t>
      </w:r>
      <w:proofErr w:type="spellEnd"/>
      <w:r>
        <w:t xml:space="preserve"> me </w:t>
      </w:r>
      <w:proofErr w:type="spellStart"/>
      <w:r>
        <w:t>zonë</w:t>
      </w:r>
      <w:proofErr w:type="spellEnd"/>
      <w:r>
        <w:t xml:space="preserve"> </w:t>
      </w:r>
      <w:proofErr w:type="spellStart"/>
      <w:r>
        <w:t>ndërtimi</w:t>
      </w:r>
      <w:proofErr w:type="spellEnd"/>
      <w:r>
        <w:t xml:space="preserve"> të lartë. Më, në at pjesë nuk kena guxuar me hy. Te pjesa e qendrës është pjesa e vjetër e qendrës së qytetit që është rrugë. Është para miratimit të planit zhvillimor </w:t>
      </w:r>
      <w:proofErr w:type="spellStart"/>
      <w:r>
        <w:t>është</w:t>
      </w:r>
      <w:proofErr w:type="spellEnd"/>
      <w:r>
        <w:t xml:space="preserve"> </w:t>
      </w:r>
      <w:proofErr w:type="spellStart"/>
      <w:r>
        <w:t>bërë</w:t>
      </w:r>
      <w:proofErr w:type="spellEnd"/>
      <w:r>
        <w:t xml:space="preserve"> </w:t>
      </w:r>
      <w:proofErr w:type="spellStart"/>
      <w:r>
        <w:t>një</w:t>
      </w:r>
      <w:proofErr w:type="spellEnd"/>
      <w:r>
        <w:t xml:space="preserve"> </w:t>
      </w:r>
      <w:proofErr w:type="spellStart"/>
      <w:r>
        <w:t>rregullore</w:t>
      </w:r>
      <w:proofErr w:type="spellEnd"/>
      <w:r>
        <w:t xml:space="preserve"> </w:t>
      </w:r>
      <w:proofErr w:type="spellStart"/>
      <w:r>
        <w:t>për</w:t>
      </w:r>
      <w:proofErr w:type="spellEnd"/>
      <w:r>
        <w:t xml:space="preserve"> </w:t>
      </w:r>
      <w:proofErr w:type="spellStart"/>
      <w:r>
        <w:t>pjesën</w:t>
      </w:r>
      <w:proofErr w:type="spellEnd"/>
      <w:r>
        <w:t xml:space="preserve"> e</w:t>
      </w:r>
      <w:r w:rsidR="00CD6899">
        <w:t xml:space="preserve"> </w:t>
      </w:r>
      <w:proofErr w:type="spellStart"/>
      <w:r w:rsidR="00CD6899">
        <w:t>vjetër</w:t>
      </w:r>
      <w:proofErr w:type="spellEnd"/>
      <w:r w:rsidR="00CD6899">
        <w:t xml:space="preserve"> </w:t>
      </w:r>
      <w:proofErr w:type="spellStart"/>
      <w:r w:rsidR="00CD6899">
        <w:t>të</w:t>
      </w:r>
      <w:proofErr w:type="spellEnd"/>
      <w:r>
        <w:t xml:space="preserve"> </w:t>
      </w:r>
      <w:proofErr w:type="spellStart"/>
      <w:r>
        <w:t>qytet</w:t>
      </w:r>
      <w:proofErr w:type="spellEnd"/>
      <w:r>
        <w:t xml:space="preserve">-- </w:t>
      </w:r>
      <w:proofErr w:type="spellStart"/>
      <w:r>
        <w:t>pjesën</w:t>
      </w:r>
      <w:proofErr w:type="spellEnd"/>
      <w:r>
        <w:t xml:space="preserve"> e epërme të qytetit. Pjesa e vjetër aty janë parcelat më pak se tre ari edhe ata janë caktuar me i kena cekë edhe në hartë zonale. Më, etazhitetin na e kena bë një propozim, po nuk është thënë që ka me ecë aj propozim me kërkesat e juajt, si te rruga UÇK-se dhe në rrugë tjera, kudo që vjen Komisioni ka me trajtu edhe ka me leju mbas kërkesës që e bëjnë qytetarët. Nëse në këtë kah të na e përgjigjet profesionali prej kompanisë, unë</w:t>
      </w:r>
    </w:p>
    <w:p w14:paraId="2262C21D" w14:textId="77777777" w:rsidR="00C40EB3" w:rsidRDefault="00C40EB3"/>
    <w:p w14:paraId="41BD90E0" w14:textId="77777777" w:rsidR="00C40EB3" w:rsidRDefault="00CD6899">
      <w:proofErr w:type="spellStart"/>
      <w:r>
        <w:rPr>
          <w:b/>
        </w:rPr>
        <w:t>Ismajl</w:t>
      </w:r>
      <w:proofErr w:type="spellEnd"/>
      <w:r>
        <w:rPr>
          <w:b/>
        </w:rPr>
        <w:t xml:space="preserve"> </w:t>
      </w:r>
      <w:proofErr w:type="spellStart"/>
      <w:r>
        <w:rPr>
          <w:b/>
        </w:rPr>
        <w:t>Baftjari</w:t>
      </w:r>
      <w:proofErr w:type="spellEnd"/>
      <w:r>
        <w:rPr>
          <w:b/>
        </w:rPr>
        <w:t xml:space="preserve">: </w:t>
      </w:r>
      <w:proofErr w:type="spellStart"/>
      <w:r w:rsidR="00DD3199">
        <w:t>Veç</w:t>
      </w:r>
      <w:proofErr w:type="spellEnd"/>
      <w:r w:rsidR="00DD3199">
        <w:t xml:space="preserve"> </w:t>
      </w:r>
      <w:proofErr w:type="spellStart"/>
      <w:r w:rsidR="00DD3199">
        <w:t>pak</w:t>
      </w:r>
      <w:proofErr w:type="spellEnd"/>
      <w:r w:rsidR="00DD3199">
        <w:t xml:space="preserve"> se </w:t>
      </w:r>
      <w:proofErr w:type="spellStart"/>
      <w:r w:rsidR="00DD3199">
        <w:t>më</w:t>
      </w:r>
      <w:proofErr w:type="spellEnd"/>
      <w:r w:rsidR="00DD3199">
        <w:t xml:space="preserve"> </w:t>
      </w:r>
      <w:proofErr w:type="spellStart"/>
      <w:r w:rsidR="00DD3199">
        <w:t>nxiti</w:t>
      </w:r>
      <w:proofErr w:type="spellEnd"/>
      <w:r w:rsidR="00DD3199">
        <w:t xml:space="preserve"> me </w:t>
      </w:r>
      <w:proofErr w:type="spellStart"/>
      <w:r w:rsidR="00DD3199">
        <w:t>dy-tre</w:t>
      </w:r>
      <w:proofErr w:type="spellEnd"/>
      <w:r w:rsidR="00DD3199">
        <w:t xml:space="preserve"> sene. Unë e kuptoj edhe besoj që jeni qytetar i komunës që don me pasë zhvillime biznesi tanë edhe bizneseve të tjera me pasë kushte të caktueme që do t'stimulojn zhvillimin e qëndrueshëm të bizneseve. Mirëpo, realisht vetë e thavë që ligji nuk është as Bibël, as Kuran, edhe mun mu ndërru. S'osht i pandërrueshëm, a po? Po jan procedurat kush i ndërron. Nuk ka komuna që ka me ndërru, asnjë kompani private që vjen me bo një dokument që ka me ndërru. Janë procedura ligjore, e di kush i ndërron ato. Po, është mirë që ligji i planifikimit hapësinor është në shqyrtim, në shqyrtim. </w:t>
      </w:r>
      <w:r w:rsidR="00DD3199">
        <w:lastRenderedPageBreak/>
        <w:t>Fakt. Për informatën e juve, një prej njerëzve tonë që është doktor Flamur Kuqi është e angazhuem prej GIZ-it për me ndihmu ministrinë për Ligjin e planifikimit hapësinor. Është koordinator. Edhe krejt këto vredet që po trajtohen nëpër debate, nëpër sen për shkak të përvojës edhe tonë edhe, edhe problemeve që i pashë me mënyrë të vazhdueshme, unë besoj që kena me provu maksimalisht mi reflektu në ligjin e ri. Mirëpo, prap vula kryesore mbet atë i Kuvendit, prej njerëzve të tjerë nuk është, nuk është që ka me u marr prej, prej vlerësimit profesional. E për mendoj parcelën, po, ju inkurajoj. Ku ka rastë të tilla që parcela është e ndarë me dy pjesë, bani kërkesa. Ajo është temë që mun mu trajtu. Ligji i-i-i-i jep mundësi do-do-do-do zhvillime edhe të vogla se nuk ka logjikë me e ba ato. Edhe për ata që thavë, unë e kuptoj plotësisht se ka plot shtete në botë që promovojn zhvillimin e qëndrueshëm. Ka shtete që japin parcelat dhe veç apo do me ba projekt, apo do me ndërtu. Ka kushte e kushte. Për fat keq, Kosova, me anë të jonin të dashur, as ka mërri ende në ato kushte. Edhe, e keni përshtypje jo këtu, po kudo që shkojmë, e keni përshtypje me qytetarët që jena mësu me punu pa ligj. Edhe i konsiderojmë edhe normat që janë ma, ma standarde. Për shembull në Prishtinë ose në vende të tjera, çka ki parkingu nji pikë pesë parking jo ty. Qysh mun me bo një zhvillim pa pasë parking që përpara se, qysh mun me jetu qytetari me një banesë pa e pasë parkingun e siguruem? A u don? Mirëpo, realisht unë besoj që të gjitha temat që i ngrit edhe etazhiteti, edhe ajo është temë e diskutimit që harta zonale merr bashk me çdo kushte. Bani kërkesa nëse në rrugë të caktume, mirëpo e kini parasysh kufizimin. Cili është kufizimi? Inxhinieri ka parapagë, ka thënë duhet me bëni projekzion demografik tej dy mijë e sa e ki dokumentin. Edhe nëse projekioni demografik thotë që Rahoveci është rra numri i banorëve, qoftë për shkak të shpërnguljeve, qoftë për shkak, për shkak të zhvillimeve të caktueme, hyn në kategori të caktueme me norma teknike edhe, edhe, edhe, edhe trajtohet me çdo norma. Domethënë, çështi i lidhur-- etazhitet mun mu-mu-mun të kenë i ndryshum, kur është tre etaże, mund me kon edhe katër ose varësisht qysh asaj. Mirëpo, realisht ato e kështu është obligim i komisionit profesional edhe i kërkesave të juve. Nëse keni parashtru kërkesë, me siguri ka mu trajtu. Nëse e mendoni se është e mjaftueshme që keni thënë sot, po ju garantoj na mun mi shënue me gjëtha, mirëpo obligimi ligjor është veç në, në ato çka janë zyrtarisht të vendosura në sistem mu trajtu. Kështu që ju sha inkuraju gjitha bëni, gjithsesi afati deri me 16 gusht ka disa ditë, edhe bëni ju sha lut çdo kërkesë, çdo sugjerim, çdo koment. Isha kon shumë i lumtur me ni edhe me thënë kushte për gjelbvim, edhe kushte për hapësira publike, edhe për shkolla, edhe për çerdhe, për përmbajta e tjera për të cilat më pak po folmi. Po folmi veç për parcelat personale dhe individuale, mirëpo realisht edhe kjo është pjesë e debatit edhe ne e pranojmë si të tillë.</w:t>
      </w:r>
    </w:p>
    <w:p w14:paraId="206BC003" w14:textId="77777777" w:rsidR="00C40EB3" w:rsidRDefault="00CD6899">
      <w:proofErr w:type="spellStart"/>
      <w:r w:rsidRPr="00CD6899">
        <w:rPr>
          <w:b/>
        </w:rPr>
        <w:t>Vehbi</w:t>
      </w:r>
      <w:proofErr w:type="spellEnd"/>
      <w:r w:rsidRPr="00CD6899">
        <w:rPr>
          <w:b/>
        </w:rPr>
        <w:t xml:space="preserve"> Duraku</w:t>
      </w:r>
      <w:r>
        <w:t xml:space="preserve">: </w:t>
      </w:r>
      <w:proofErr w:type="spellStart"/>
      <w:r w:rsidR="00DD3199">
        <w:t>Përshëndetje</w:t>
      </w:r>
      <w:proofErr w:type="spellEnd"/>
      <w:r w:rsidR="00DD3199">
        <w:t xml:space="preserve"> </w:t>
      </w:r>
      <w:proofErr w:type="spellStart"/>
      <w:r w:rsidR="00DD3199">
        <w:t>për</w:t>
      </w:r>
      <w:proofErr w:type="spellEnd"/>
      <w:r w:rsidR="00DD3199">
        <w:t xml:space="preserve"> </w:t>
      </w:r>
      <w:proofErr w:type="spellStart"/>
      <w:r w:rsidR="00DD3199">
        <w:t>të</w:t>
      </w:r>
      <w:proofErr w:type="spellEnd"/>
      <w:r w:rsidR="00DD3199">
        <w:t xml:space="preserve"> </w:t>
      </w:r>
      <w:proofErr w:type="spellStart"/>
      <w:r w:rsidR="00DD3199">
        <w:t>gjithë</w:t>
      </w:r>
      <w:proofErr w:type="spellEnd"/>
      <w:r w:rsidR="00DD3199">
        <w:t xml:space="preserve">! Fillimisht ju përgëzoj për punën e bërë këtu nga paneli hartues, përgëzime për hartat e draftimin e tyre. Përshëndetje për të gjithë banorët e komunës së Rahovecit. Unë jam Vebi Duraku, jam nga fshati Krushë e Madhe, jam inxhinier i hidroteknikës. Mesa arrita me i pa harta që janë të publikueme në uebfaqen e komunës së Rahovecit, tek harta e shërbimeve të ujësjellësit nuk pashë infrastrukturën e rrjetit të ujësjellësit, ë, nuk e pashë as stacionet e pumpimit, rezervuaret, mbase edhe burimet ujore. Prandaj edhe pyetja ime është se a u jeni drejtuar institucioneve kompetente, në këtë rast Ndërmarrjes Publike të Ujësjellës Kanalizimit në Gjakovë, për këto dhëna të digjitalizuara? Mbase është ndonjë gabim teknik këtu në, në uebfaqe që nuk është e paraqit, ndoshta e keni. </w:t>
      </w:r>
      <w:r w:rsidR="00DD3199">
        <w:lastRenderedPageBreak/>
        <w:t>E njëjta pyetje ka të bëjë edhe për rrjetin e kanalizimit. Nuk e pashë, domethënë, rrjetin e kanalizimit digjitalizum në hartat zonale. Pyetja ime është sa koment, po ashtu edhe informues për mu, ë, a do duhej ta kishte, domethënë, në një hartë zonale, domethënë, infrastrukturën e ujësjellës-kanalizimit? E, kur jemi tek pjesa e kanalizimit, edhe një pyetje tjetër që është pasuese pas saj është çështja e trajtimit të ujërave të ndotura. Kjo ndoshta është edhe element i Planit Zhvillimor Komunal, por aty nuk i pashë se ku janë të paraparë impiantet e trajtimit të ujërave të ndotura. A do të jenë impiantë të centralizume, domethënë që e trajtojnë një impiant vetëm qytetin e Rahovecit, apo është paraparë që ka me pas impiantet të decentralizume ku secili fshat mundet me e pasë implantin e vet? Për fshatin tim, Krushë e Madhe, ku vetë kam qenë dëshmitar në Drinin e Bardhë, rrugët që çonin atje sa është gjelbërume në njëra anë, në anën tjetër era kundërmuese është e pa- Është e padurueshme për njerëz që shkojnë andej, domethënë, ujërat e zeza shkarkohen në një zonë aty, rezervuar natyror që është bërë, vetëm deponohen edhe përpos që është dëmtim ekologjik është edhe rrezik edhe për banorët aty veç me u afru. Dhe pyetja e fundit, me shpresë që nuk e të prova, ka të bëjë në të njëjtën formë edhe për rrjetin e vaditjes, i vaditjes, ujitjes së tokave bujqësore. Në hartën që e pashë, aty figurojnë kanalet e ujitjes. Prej vendit nga unë vij, kanalet e ujitjes më nuk kemi. Ne kemi infrastrukturë nëntokësore me presion. Prandaj natyrshëm më vjen pyetja se a u jeni drejtuar institucioneve relevante, në këtë rast kompanisë së ujitjes Radoniqit-Dugaxhini, për informacione rreth infrastrukturës ekzistuese nëntokësore. Do t'ju falenderohesha njëherë për punën që e keni bërë. Ju përshëndes.</w:t>
      </w:r>
    </w:p>
    <w:p w14:paraId="60B1F660" w14:textId="77777777" w:rsidR="00C40EB3" w:rsidRDefault="00C40EB3"/>
    <w:p w14:paraId="26459F10" w14:textId="77777777" w:rsidR="00C40EB3" w:rsidRDefault="00CD6899">
      <w:proofErr w:type="spellStart"/>
      <w:r>
        <w:rPr>
          <w:b/>
        </w:rPr>
        <w:t>Ismajl</w:t>
      </w:r>
      <w:proofErr w:type="spellEnd"/>
      <w:r>
        <w:rPr>
          <w:b/>
        </w:rPr>
        <w:t xml:space="preserve"> </w:t>
      </w:r>
      <w:proofErr w:type="spellStart"/>
      <w:r>
        <w:rPr>
          <w:b/>
        </w:rPr>
        <w:t>Baftjari</w:t>
      </w:r>
      <w:proofErr w:type="spellEnd"/>
      <w:r>
        <w:rPr>
          <w:b/>
        </w:rPr>
        <w:t>:</w:t>
      </w:r>
      <w:r w:rsidR="00DD3199">
        <w:t xml:space="preserve"> </w:t>
      </w:r>
      <w:proofErr w:type="spellStart"/>
      <w:r w:rsidR="00DD3199">
        <w:t>atëherë</w:t>
      </w:r>
      <w:proofErr w:type="spellEnd"/>
      <w:r w:rsidR="00DD3199">
        <w:t xml:space="preserve">, </w:t>
      </w:r>
      <w:proofErr w:type="spellStart"/>
      <w:r w:rsidR="00DD3199">
        <w:t>atëherë</w:t>
      </w:r>
      <w:proofErr w:type="spellEnd"/>
      <w:r w:rsidR="00DD3199">
        <w:t xml:space="preserve"> </w:t>
      </w:r>
      <w:proofErr w:type="spellStart"/>
      <w:r w:rsidR="00DD3199">
        <w:t>fillimisht</w:t>
      </w:r>
      <w:proofErr w:type="spellEnd"/>
      <w:r w:rsidR="00DD3199">
        <w:t xml:space="preserve"> </w:t>
      </w:r>
      <w:proofErr w:type="spellStart"/>
      <w:r w:rsidR="00DD3199">
        <w:t>faleminderit</w:t>
      </w:r>
      <w:proofErr w:type="spellEnd"/>
      <w:r w:rsidR="00DD3199">
        <w:t xml:space="preserve"> </w:t>
      </w:r>
      <w:proofErr w:type="spellStart"/>
      <w:r w:rsidR="00DD3199">
        <w:t>shumë</w:t>
      </w:r>
      <w:proofErr w:type="spellEnd"/>
      <w:r w:rsidR="00DD3199">
        <w:t xml:space="preserve"> </w:t>
      </w:r>
      <w:proofErr w:type="spellStart"/>
      <w:r w:rsidR="00DD3199">
        <w:t>për</w:t>
      </w:r>
      <w:proofErr w:type="spellEnd"/>
      <w:r w:rsidR="00DD3199">
        <w:t xml:space="preserve"> pyetjen. Besoj që ndër pyetjet e para që kemi në këtë audiencë që merren me, me problematika që janë të gjithëve, domethënë problematikat komplet qytetarëve që jetojnë në Rahovec, qytet, po edhe në zona të tjera. Realisht e thamë më herët që harta zonale ka trajtu kushte, ajo çka është e paraparë me Plan Zhvillimor Komunal. Edhe në këtë funksion, domethënë po, janë trajtu edhe këto tema, kuptimi që okej, çfarë zone planifikohet me pas, çfarë ka çdo banor? Që lidhet edhe me atë pyetjen që Mustafa e ngriti më herët, se tha që me ardhë dikush, me ardhë dikush në qytet munë me pa një rrugë që duket si këtu autostrada edhe, po harta zonale, Plan Zhvillimor Komunal janë për të ardhmen, nuk janë për sot dhe nuk reprezentojnë vetëm gjendjen aktuale, por reprezentojnë gjendjen e planifikume çka mund të bën në të ardhmen. Në këtë funksion, p.sh. te rrjeti i sjellësit me norma teknike të planifikimit janë p.sh. njëqind e pesëdhjetë litra për banor për-- janë normat edhe konform çatyre normave na kemi thënë për mos me pasë kufizime, domethënë, projekti kryesor i rrjetit, zëvendësimi, krejt bën bazë projekteve inxhinierike dhe teknike. Edhe harta zonale i akomodon qato zhvillime varësisht për projektit kryesor. Kemi raste edhe ku janë vendos vija, komplet vija edhe tash ka pas kufizime në kuptimin se s'munë me devijue një vijë, që thotë që e ki në hartë zonale fiks. Në fakt, lutem prapë nuk është e mundur ajo se ti e di ndoshta pasi i fushës inxhinierisë pak u, e di që nganjëherë rrjeti i kanalizimit e rrjete tjera nuk është që i kemi, kemi impunue, janë krahët e lëvizjes aty në rrjete ve, ne e dimë katër shkallë dhe nuk, nuk lejojnë shumë komoditet për devijimet më dhaja. Atëherë të gjitha këto janë paraparë edhe, edhe rrjeti i </w:t>
      </w:r>
      <w:r w:rsidR="00DD3199">
        <w:lastRenderedPageBreak/>
        <w:t>kanalizimit edhe trajtimi i ujërave të ndotura janë me kushtet parapame që kanë mu trajtu me projekte kryesore edhe kushtet i mundësojnë integrimin e plotë të një projekti inxhinierik edhe teknik që e harton një ekipë e caktume që është e, e, e thirrur për me e bo. Përndryshe, po them njëherë, gjithçka çka ka qenë në, në Plan Zhvillimor Komunal janë këtu. Ndoshta mujna me pajtu që e tha drejtori, mun me pasë mangësi si dokument, por sa i përket kushteve që janë në këtë dokument, nuk është që kam lënë pa kufizim kushtet, se kushtet janë dhënë. Thotë okej për zona të caktueme, për lagje të caktueme fillimisht, për bllokë qyrbane të caktueme, nëse shtrihet rrjeti tash te rrjeti mujna me i fol sa të duash se ka, ka edhe nga për Kosovë GYPA me kapacitete të caktueme që edhe, edhe nëse është rrjeti aktual për shkak të zhvillimeve të mundshme të ardhshme duhet mu ndryshu. Ka tani materiale jo azbest, cemento, jo materiale tjera që konsiderohen se janë të shëndoshëshme nëse ndërrohen edhe në këtë funksion, po sa i përket hartës zonale si kushte janë që janë, janë ba me projekte kryesore për zona të caktueme dhe unë besoj që Albani është më i thirrur edhe për trajtimin e ujërave të zeza dhe këto ka qenë në proces edhe besoj që janë, janë pikat e caktueme, po.</w:t>
      </w:r>
    </w:p>
    <w:p w14:paraId="57F3E8A6" w14:textId="77777777" w:rsidR="00C40EB3" w:rsidRDefault="00F0500F">
      <w:r>
        <w:rPr>
          <w:b/>
        </w:rPr>
        <w:t xml:space="preserve">Albnor Mullabazi: </w:t>
      </w:r>
      <w:r w:rsidR="00DD3199">
        <w:t xml:space="preserve">Sa </w:t>
      </w:r>
      <w:proofErr w:type="spellStart"/>
      <w:r w:rsidR="00DD3199">
        <w:t>i</w:t>
      </w:r>
      <w:proofErr w:type="spellEnd"/>
      <w:r w:rsidR="00DD3199">
        <w:t xml:space="preserve"> </w:t>
      </w:r>
      <w:proofErr w:type="spellStart"/>
      <w:r w:rsidR="00DD3199">
        <w:t>përket</w:t>
      </w:r>
      <w:proofErr w:type="spellEnd"/>
      <w:r w:rsidR="00DD3199">
        <w:t xml:space="preserve"> </w:t>
      </w:r>
      <w:proofErr w:type="spellStart"/>
      <w:r w:rsidR="00DD3199">
        <w:t>hartave</w:t>
      </w:r>
      <w:proofErr w:type="spellEnd"/>
      <w:r w:rsidR="00DD3199">
        <w:t xml:space="preserve"> </w:t>
      </w:r>
      <w:proofErr w:type="spellStart"/>
      <w:r w:rsidR="00DD3199">
        <w:t>të</w:t>
      </w:r>
      <w:proofErr w:type="spellEnd"/>
      <w:r w:rsidR="00DD3199">
        <w:t xml:space="preserve"> cilat veç edhe një ndërhyje të shkurtër. Kur e kemi ratifiku Planin Zhvillimor i kem kërku hartat prej çdo institucioni, domethënë prej Radoniqit, KEK-it, Postë dhe Telekomit, domethënë hartat që na i ka dërgu i kemi vendos në Plan Zhvillimor. Pra janë bazë hartave që na i kanë dërgu, këto i kemi vendos.</w:t>
      </w:r>
    </w:p>
    <w:p w14:paraId="43311F37" w14:textId="77777777" w:rsidR="00C40EB3" w:rsidRDefault="00C40EB3"/>
    <w:p w14:paraId="4E8764EF" w14:textId="77777777" w:rsidR="00C40EB3" w:rsidRDefault="00F0500F">
      <w:proofErr w:type="spellStart"/>
      <w:r>
        <w:rPr>
          <w:b/>
        </w:rPr>
        <w:t>Haxhi</w:t>
      </w:r>
      <w:proofErr w:type="spellEnd"/>
      <w:r>
        <w:rPr>
          <w:b/>
        </w:rPr>
        <w:t xml:space="preserve"> Bytyqi: </w:t>
      </w:r>
      <w:proofErr w:type="spellStart"/>
      <w:r w:rsidR="00DD3199">
        <w:t>Unë</w:t>
      </w:r>
      <w:proofErr w:type="spellEnd"/>
      <w:r w:rsidR="00DD3199">
        <w:t xml:space="preserve"> jam </w:t>
      </w:r>
      <w:proofErr w:type="spellStart"/>
      <w:r w:rsidR="00DD3199">
        <w:t>Haxhi</w:t>
      </w:r>
      <w:proofErr w:type="spellEnd"/>
      <w:r w:rsidR="00DD3199">
        <w:t xml:space="preserve"> Bytyqi, përndryshe arkitekt i komunës së Rahovecit. I përgëzoj komunën-- a po dëgjohet? Po dëgjohet? I përgëzoj komunën për këtë, për kë-këto projekte, për këto harta zonale, për shkak se qysh se pas luftës mundem me thanë kështu, po mbi nëntëdhjetë e tetë për qind nuk ka asnjë objekt me leje, konkret komunën e Rahovecit, për fat të keq. Po tash e përgëzoj këtë që po bën hartat zonale dhe ashtu që çdo qytetar që vjen këtu ka një adresë ku ai do t'i merr kriteret, kushtet për me, me bo një investim, që prej një shtëpie së më thjeshtë deri te, te një fabrikë. Gjithashtu e përgëzoj edhe kompaninë e cila mirret me këtë studim edhe dëshiroj që sa më shpejt këto harta, këto planet të realizohen. Kam disa pyetje apo disa këshilla apo</w:t>
      </w:r>
    </w:p>
    <w:p w14:paraId="3B380A81" w14:textId="77777777" w:rsidR="00C40EB3" w:rsidRDefault="00DD3199">
      <w:proofErr w:type="spellStart"/>
      <w:r>
        <w:t>Diskutimet</w:t>
      </w:r>
      <w:proofErr w:type="spellEnd"/>
      <w:r>
        <w:t xml:space="preserve"> </w:t>
      </w:r>
      <w:proofErr w:type="spellStart"/>
      <w:r>
        <w:t>publike</w:t>
      </w:r>
      <w:proofErr w:type="spellEnd"/>
      <w:r>
        <w:t xml:space="preserve"> </w:t>
      </w:r>
      <w:proofErr w:type="spellStart"/>
      <w:r>
        <w:t>bëhen</w:t>
      </w:r>
      <w:proofErr w:type="spellEnd"/>
      <w:r>
        <w:t xml:space="preserve"> </w:t>
      </w:r>
      <w:proofErr w:type="spellStart"/>
      <w:r>
        <w:t>për</w:t>
      </w:r>
      <w:proofErr w:type="spellEnd"/>
      <w:r>
        <w:t xml:space="preserve"> shkak që me dhënë atë diskutim, prezentohet për qytetarin, për lagjen, për pjesën urbane. Mirë po, nuk e kam të qartë a keni prezantu ndonjëherë, a keni mbajtur takim p.sh. me bizneset, me ju prezantu bizneset plan zhvillimore dhe plan rrugullative ku kemi marrë edhe mendimet prej tyne. Edhe gjatë hartimit të këtyne projekte unë besoj që mund me gabua. Unë kom hasë disa gabime aty, po veç me fjalë të shkurtra. Ka qenë zonë industriale, është zonë industriale ende edhe është bërë zonë komerciale, po nuk e ka bërë ndonjë gabim grafik që mundet me u përmirësu. Mirë po, me përfundimin e këtyne hartëve duhet të pas shumë kujdes se me këto harta përfundon gjithçka për tetë vjet që do na me marr me zhvillu një, një, një pjesë urbane të vogël, një lagjës, apo ishte pyetja edhe ky stomatologu, unë mendoj se kta si këshillë po jap, duhet me marrë një peticion nëse ato mbi pesëdhjetë për qind të asaj lagje, po i thuhet që me pas ndërtim individual aty, ato duhet me ju, me e mundësu me intervenu që me pas vetëm atë ndërtim individual. Kështu </w:t>
      </w:r>
      <w:r>
        <w:lastRenderedPageBreak/>
        <w:t>që çdo projekt, nëse nuk jene përkrijim, mun me pas gabime, po është momenti që në këto gabime duhet më mundësisht me intervenu, ndryshe pala, qytetari të ardhmen mos të ketë problem. Ju faleminderit.</w:t>
      </w:r>
    </w:p>
    <w:p w14:paraId="6FF7BCFE" w14:textId="77777777" w:rsidR="00C40EB3" w:rsidRDefault="00C40EB3"/>
    <w:p w14:paraId="0E1A5D14" w14:textId="77777777" w:rsidR="00C40EB3" w:rsidRDefault="00F0500F">
      <w:r>
        <w:rPr>
          <w:b/>
        </w:rPr>
        <w:t xml:space="preserve">Albnor Mullabazi: </w:t>
      </w:r>
      <w:proofErr w:type="spellStart"/>
      <w:r w:rsidR="00DD3199">
        <w:t>Faleminderit</w:t>
      </w:r>
      <w:proofErr w:type="spellEnd"/>
      <w:r w:rsidR="00DD3199">
        <w:t xml:space="preserve"> </w:t>
      </w:r>
      <w:proofErr w:type="spellStart"/>
      <w:r w:rsidR="00DD3199">
        <w:t>të</w:t>
      </w:r>
      <w:proofErr w:type="spellEnd"/>
      <w:r w:rsidR="00DD3199">
        <w:t xml:space="preserve"> </w:t>
      </w:r>
      <w:proofErr w:type="spellStart"/>
      <w:r w:rsidR="00DD3199">
        <w:t>gjithë</w:t>
      </w:r>
      <w:proofErr w:type="spellEnd"/>
      <w:r w:rsidR="00DD3199">
        <w:t xml:space="preserve">! Sa i përket takimeve në plan zhvillimor kemi organizu takime edhe me biznese dhe qytetarë, jene mbajtë mbi dymëdhjetë takime, edhe tash në hartë zonale i kemë mbajtë përmbi tetë takime. Kom shku vetë personalisht nëpër vendbanimet e tjera dhe jo s'është nashta në qetë profesionalizëm, qysh e shpjegojnë këta hartën zonale, po ja kom mundësu qytetarëve me e pa dokumentin edhe deri në paradite që me i mundësu me bo komente e vërejtje. Komentet, vërejtjet munden me i bo, me i drejtu qytetarët për çdo kërkesë e koment që kanë, kështqaj kajnë. Na nuk i nalim, po te pjesa që e ndërprrim fillim për </w:t>
      </w:r>
      <w:proofErr w:type="spellStart"/>
      <w:r w:rsidR="00DD3199">
        <w:t>shfrytëzimin</w:t>
      </w:r>
      <w:proofErr w:type="spellEnd"/>
      <w:r w:rsidR="00DD3199">
        <w:t xml:space="preserve"> e </w:t>
      </w:r>
      <w:proofErr w:type="spellStart"/>
      <w:r w:rsidR="00DD3199">
        <w:t>tokës</w:t>
      </w:r>
      <w:proofErr w:type="spellEnd"/>
      <w:r w:rsidR="00DD3199">
        <w:t xml:space="preserve"> </w:t>
      </w:r>
      <w:proofErr w:type="spellStart"/>
      <w:r w:rsidR="00DD3199">
        <w:t>nuk</w:t>
      </w:r>
      <w:proofErr w:type="spellEnd"/>
      <w:r w:rsidR="00DD3199">
        <w:t xml:space="preserve"> </w:t>
      </w:r>
      <w:proofErr w:type="spellStart"/>
      <w:proofErr w:type="gramStart"/>
      <w:r w:rsidR="00DD3199">
        <w:t>deshta</w:t>
      </w:r>
      <w:proofErr w:type="spellEnd"/>
      <w:r w:rsidR="00DD3199">
        <w:t xml:space="preserve">  me</w:t>
      </w:r>
      <w:proofErr w:type="gramEnd"/>
      <w:r w:rsidR="00DD3199">
        <w:t xml:space="preserve"> e </w:t>
      </w:r>
      <w:proofErr w:type="spellStart"/>
      <w:r w:rsidR="00DD3199">
        <w:t>vazhdu</w:t>
      </w:r>
      <w:proofErr w:type="spellEnd"/>
      <w:r w:rsidR="00DD3199">
        <w:t xml:space="preserve"> </w:t>
      </w:r>
      <w:proofErr w:type="spellStart"/>
      <w:r w:rsidR="00DD3199">
        <w:t>diskutimin</w:t>
      </w:r>
      <w:proofErr w:type="spellEnd"/>
      <w:r w:rsidR="00DD3199">
        <w:t xml:space="preserve"> </w:t>
      </w:r>
      <w:proofErr w:type="spellStart"/>
      <w:r w:rsidR="00DD3199">
        <w:t>te</w:t>
      </w:r>
      <w:proofErr w:type="spellEnd"/>
      <w:r w:rsidR="00DD3199">
        <w:t xml:space="preserve"> </w:t>
      </w:r>
      <w:proofErr w:type="spellStart"/>
      <w:r w:rsidR="00DD3199">
        <w:t>shfrytëzimi</w:t>
      </w:r>
      <w:proofErr w:type="spellEnd"/>
      <w:r w:rsidR="00DD3199">
        <w:t xml:space="preserve"> i tokës, po me u marr me pjesën e hartës. Po askush nuk e ndalë as kënd me i pru komentet, krejt këto trajtohen prej komisionit. Për komentet, krejt çka mendojnë qytetarët, bizneset mujnë me ua adresu, është komisioni i cili i trajton. Po na dhe lëshimet që kanë mujt me ndodhë prej planit zhvillimor në hartën e shfrytëzimit në këto harta zonale, adresoni brenda qetë dy ditëve, na ka mbetë edhe katër ditë që me i mujt me i trajtu me komision.</w:t>
      </w:r>
    </w:p>
    <w:p w14:paraId="24718509" w14:textId="77777777" w:rsidR="00C40EB3" w:rsidRDefault="00C40EB3"/>
    <w:p w14:paraId="320969A9" w14:textId="77777777" w:rsidR="00C40EB3" w:rsidRDefault="00F0500F">
      <w:r>
        <w:rPr>
          <w:b/>
        </w:rPr>
        <w:t xml:space="preserve">Jeton Haxhimustafa: </w:t>
      </w:r>
      <w:proofErr w:type="spellStart"/>
      <w:r w:rsidR="00DD3199">
        <w:t>Përshëndetje</w:t>
      </w:r>
      <w:proofErr w:type="spellEnd"/>
      <w:r w:rsidR="00DD3199">
        <w:t xml:space="preserve"> </w:t>
      </w:r>
      <w:proofErr w:type="spellStart"/>
      <w:r w:rsidR="00DD3199">
        <w:t>të</w:t>
      </w:r>
      <w:proofErr w:type="spellEnd"/>
      <w:r w:rsidR="00DD3199">
        <w:t xml:space="preserve"> </w:t>
      </w:r>
      <w:proofErr w:type="spellStart"/>
      <w:r w:rsidR="00DD3199">
        <w:t>gjithëve</w:t>
      </w:r>
      <w:proofErr w:type="spellEnd"/>
      <w:r w:rsidR="00DD3199">
        <w:t xml:space="preserve">! </w:t>
      </w:r>
      <w:proofErr w:type="spellStart"/>
      <w:r w:rsidR="00DD3199">
        <w:t>Unë</w:t>
      </w:r>
      <w:proofErr w:type="spellEnd"/>
      <w:r w:rsidR="00DD3199">
        <w:t xml:space="preserve"> jam Jeton </w:t>
      </w:r>
      <w:r>
        <w:t>Haxhimustafa</w:t>
      </w:r>
      <w:r w:rsidR="00DD3199">
        <w:t xml:space="preserve">, </w:t>
      </w:r>
      <w:proofErr w:type="spellStart"/>
      <w:r w:rsidR="00DD3199">
        <w:t>arkitekt</w:t>
      </w:r>
      <w:proofErr w:type="spellEnd"/>
      <w:r w:rsidR="00DD3199">
        <w:t xml:space="preserve"> me </w:t>
      </w:r>
      <w:proofErr w:type="spellStart"/>
      <w:r w:rsidR="00DD3199">
        <w:t>profesion</w:t>
      </w:r>
      <w:proofErr w:type="spellEnd"/>
      <w:r w:rsidR="00DD3199">
        <w:t xml:space="preserve">, po unë po e kuptoj që është afati i diskutimit publik, është pothuajse edhe shumë i shkurtër për me i analizuu edhe një qeni qytetar i thjeshtë me i shprehë krejt mendimet e veta edhe perspektivat e veta për zhvillim të Rahovecit. Ne jemi dëshmitarë që harta zonale ka qenë edhe është një prej hartave që shumë qytetarë kanë shpresu që kemi-- që ka me i hapë rrugë edhe investimeve në Rahovec, se deri sot kjo-- ky dokument ka mungu edhe shkak të mungesës së këtij dokumenti nuk janë bo investime e që shihet edhe si rezultat ka rënje e ba-- e numrit të banorëve që u cek edhe më herët. Mirë po në anën tjetër unë po besoj që për, për me e bo një hartë zonale që është edhe zbatueshme, atëherë duhet me, me i dëgju edhe kërkesat personalisht në mënyrë verbale. Nuk mundet me u prit që me analizu PZhK-ja, pastaj harta zonale brenda tridhjetë ditëve kur dihet që secili prej neve ka edhe anga-angazhime të tjera. Ose p.sh. ka, ka persona të caktum që mare-- që e kuptojnë aspektin biznesi, po nuk e kuptojnë aspektin e planit qysh derivon puna e hartimit. U cek edhe më herët se gjithçka është me norma. Unë ku-- unë shprez edhe mirëkuptim se edhe unë jam prej atyne që kom shpresu që me miratimin e hartës zonale ka me u hapë rrugë për ndërtim. Domethënë nuk ka diçka personale, por thjesht ka, ka në aspektet e destinimit ka kërke-- ka vërejtje shumë, po unë nuk po ndalem veç aty. Unë po ndalem vetëm te pjesa teknike, meqë jam arkitekt edhe nesër pritet që me apliku për kushte ndërtimore edhe për sfidat që ballafaqohemi na. E kjo krejt derivon prej pjesës së hartës zonale që sot miratohet apo përpilohet. U cek edhe më herët se u bazu në numrin e banorëve, po duhet vetëm të rifleksohet se si pas PZhK-së pritet se deri në vitin 2030 Rahoveci do t'i ketë gjithsej gjashtëdhjetë e shtatë mijë banorë. Nëse-- po, po, në letër është, më përzgjedhësh, gjashtëdhjetë e shtatë mijë banorë. Edhe tash e nëse i referohemi tashë normave teknike që </w:t>
      </w:r>
      <w:r w:rsidR="00DD3199">
        <w:lastRenderedPageBreak/>
        <w:t>i kemi këtu si përfaqësim urbane qendrore, e që është edhe në PZhK-në e cekun, këtu thotë për komuna me popullsi më të madhe se pesëdhjetë mijë banorë, vlera optimale e planifikimit janë si më poshtë. E tash e nëse drejtohemi këtu më poshtë e shohim që vlera maksimale e shfrytëzimit është deri në shtatëdhjetë për qind. Pastaj e kemi vlerën e bazës, SN-ja, që është tre pikë zero, apo vlera maksimale pesë pikë zero. Domethënë këto janë vlerat kufizuese të indeksit të ndërtimit që nuk i kemi has në hartën zonale. Domethënë ne jo nuk jemi tu i pritë me bo zhvillime me shkel ligjin. Ne jemi tu i pritë me bo një zhvillim, tu i trajtu ligjin edhe tu i dhenë, se tash e unë po m'has në hartën zonale që u cek me indeks ndërtimit një pikë nja. Kjo kon ndëshkim tash e nëse, nëse bazuhemi aspekt ligjor kjo kon ndëshkim tash me pjesën e sipërfaqes urbane. Tjetra është harta zonale është dokument</w:t>
      </w:r>
    </w:p>
    <w:p w14:paraId="2E27457F" w14:textId="77777777" w:rsidR="00C40EB3" w:rsidRDefault="00C40EB3"/>
    <w:p w14:paraId="33A1EF75" w14:textId="77777777" w:rsidR="00C40EB3" w:rsidRDefault="00DD3199">
      <w:proofErr w:type="spellStart"/>
      <w:r>
        <w:t>Që</w:t>
      </w:r>
      <w:proofErr w:type="spellEnd"/>
      <w:r>
        <w:t xml:space="preserve"> </w:t>
      </w:r>
      <w:proofErr w:type="spellStart"/>
      <w:r>
        <w:t>duhet</w:t>
      </w:r>
      <w:proofErr w:type="spellEnd"/>
      <w:r>
        <w:t xml:space="preserve"> </w:t>
      </w:r>
      <w:proofErr w:type="spellStart"/>
      <w:r>
        <w:t>t'iu</w:t>
      </w:r>
      <w:proofErr w:type="spellEnd"/>
      <w:r>
        <w:t xml:space="preserve"> </w:t>
      </w:r>
      <w:proofErr w:type="spellStart"/>
      <w:r>
        <w:t>zgjidhen</w:t>
      </w:r>
      <w:proofErr w:type="spellEnd"/>
      <w:r>
        <w:t xml:space="preserve"> </w:t>
      </w:r>
      <w:proofErr w:type="spellStart"/>
      <w:r>
        <w:t>qasjet</w:t>
      </w:r>
      <w:proofErr w:type="spellEnd"/>
      <w:r>
        <w:t xml:space="preserve"> </w:t>
      </w:r>
      <w:proofErr w:type="spellStart"/>
      <w:r>
        <w:t>në</w:t>
      </w:r>
      <w:proofErr w:type="spellEnd"/>
      <w:r>
        <w:t xml:space="preserve"> </w:t>
      </w:r>
      <w:proofErr w:type="spellStart"/>
      <w:r>
        <w:t>rrugëve</w:t>
      </w:r>
      <w:proofErr w:type="spellEnd"/>
      <w:r>
        <w:t xml:space="preserve"> </w:t>
      </w:r>
      <w:proofErr w:type="spellStart"/>
      <w:r>
        <w:t>në</w:t>
      </w:r>
      <w:proofErr w:type="spellEnd"/>
      <w:r>
        <w:t xml:space="preserve"> R</w:t>
      </w:r>
      <w:r w:rsidR="00F0500F">
        <w:t>ahovec</w:t>
      </w:r>
      <w:r>
        <w:t>. Besoj që kur i kemi anal-analizuar pjesën e ndërtuar dhe pjesën pa ndërtuar, besoj që e keni analizuar që pjesë pa ndërtuar nuk kanë qasje në rrugë. Harta zonale është dokument që duhet me i siguruar qasjet secilës parcelë. Edhe unë këtu në hartën zonale që e pashë, për shembull, janë rrugë që vetëm profili i rrugëve ju ka gjeneruar, po një pjesë dërmuese e parcelave nuk ka rrugë të reja që duhet mu gjeneruar. Dëme të thënë këtu u bazohen gjendje faktike. Këto janë edhe problematika që në të ardhmen parcelat e njëjta kanë mbet pa u zhvilluar, e kjo realisht duhet mu zgjidh kjo çështje që mu zhvillu qyteti përbrenda dhe mos me dalë në zonat jashtë me ndërtim. Pastaj tjetra është, është kushtet. Unë po du me theks se ka kushtet edhe kërkesa brenda hartës zonale që janë pa mu-- të pamundshme për mu realizu. Për shembull, këtu ZB trem që e përmenda edhe më herët gjatë prezantimit, aty thotë që duhet, duhet të ketë pesëdhjetë, tridhjetë e pesë fidane. Dëme të thënë është në rregull, çdo hartë zonale ka, për shembull, sipërfaqe gjelbruse, po ti nuk mund me e kufizu me fidane, plus e qet metrin katror për një fidan katër metra katrorë, që i vjen tridhjetë e pesë fidane me një parcelë tre ari duhet me pas një pikë katër ari vetëm fidane. Ku është pjesa e parkingut, ku është pjesa e infrastrukturës, pjesa e oborrit, pjesa e vetë objektit? Dëme të thënë këto janë kriteret që neve në të ardhmen na paraqesin probleme edhe për me marrë leje, por edhe me bërë pranimin teknik se na po synojmë tash. Synimi besoj që me hartë zonale është me rritë numrin e leje-- raste me leje, jo me vazhdu ndërtimet pa leje. Pastaj tjetra që unë, unë për vete e kam një pyetje shumë konkrete për arkitektët të ZB treshe, për shembull, thotë që madhësia minimale e parcelës duhet të jetë tre ari. Edhe tash e pak më parë thotë gjatësia minimale e pjesës duhet të jetë njëzet metra. Tash e një, një matematikë shumë të thjeshtë e bën e, për me arritë treqind katrorë, dëme të thënë me minimalen treqind katrorë, nëse gjerësia është njëzet metra, gjatësia ose thellësia do të jetë pesëmbëdhjetë metra. Këtu kërkohet që të jetë vija ndërtimore gjashtë metra pas vijës rregulluese. Nëse vija rregulluese është një metër, supozojmë minimumi, edhe vija rregulluese tref-- gjashtë metra e kemi shtatë metra që na duhet mu distancu prej pjesës poshtme të rrugës, e që na mbesin vetëm tetë metra. E nëse tash e kemi raportin një pikë pesë për lartë që duhet mu tërheq prej komshijët, atëherë e kemi objektin nëntë metra, i bie trembindë metra mu largu. Ka me, ka me, ka me zhvillu na objektin si arkitekt, për shembull, ka me zhvillu. E supozojmë mujna me marrë marrëveshje, se lasë se kam përfunduar, mujna me marrë marrëveshje me ko-</w:t>
      </w:r>
      <w:r>
        <w:lastRenderedPageBreak/>
        <w:t xml:space="preserve">komshijnë, po nuk po du marrëveshje. Unë po du një objekt të veçantë mes parcelës. Dëme të thënë është kërkesë, tri ari janë për na? Metër ari po, metër ari. Nuk po du marrëveshje me komshi. Në rregull. Tjetra si pjesë teknike që e vreda, për shembull te ZB pesëshi thotë që duhet të ketë njëqind e gjashtëdhjetë e gjashtë fidane që përbëjnë pesëdhjetë për qind të sipërfaqes. Njëqind e gjashtëdhjetë e gjashtë herë katër janë gjashtëqind e gjashtëdhjetë e katër, e që i bie mbi pesëdhjetë për qind prej dymbëdhjetë-- një mij-- e dyqind metrave katrorë. E-- dëme të thënë kjo pjesa. E tash e kam një pyetje, pyetje tjetër. Pyetja është prap teknike. Është që, për shembull te ZB-- ZSHP-ja, ZSHP gjashtë është theksuar që duhet të ketë-- madhësia e to-- terrenit duhet të jetë njëzet ari ose dy mijë metra katrorë. Ju kisha lutur nëse mundesh me drejtu projektorin e ZSHP gjashtë për një, një, një sqarim publik qysh duhet me vepru një parcelë të caktuar, se këtu thotë që gjatësia minimale e përparme të parcelës është katërdhjetë e pesë metra. E kemi rastin këtu te kjo rruga, tash emri nuk më kujtohet saktë. Kjo thellësia ishë diku njëzet e dy metra, e për me arritë parcela njëzet ari, nëse është gjatësia katërdhjetë e pesë metra, automatikisht duhet mu kan thellësia katërdhjetë e katër metra. Dëme të thënë teknikisht kjo nuk është kusht i plotësueshëm. Nëse ban, dëme të thënë e keni te ZSH gjashtë, e keni këtë pjesë këtu edhe pjesët e rruga Xhelal Hajdati. Jo ta përfundoj. Mundë-- mundësisht me t'ia shfaq edhe publikut për çfarë fjalë se k-- po nuk e marrin, nuk e-- ki inxhiniera krejt këtu. Po unë nuk po them për parcelë të caktuar, po them si problematike </w:t>
      </w:r>
      <w:proofErr w:type="spellStart"/>
      <w:r>
        <w:t>që</w:t>
      </w:r>
      <w:proofErr w:type="spellEnd"/>
      <w:r>
        <w:t xml:space="preserve"> </w:t>
      </w:r>
      <w:proofErr w:type="spellStart"/>
      <w:r>
        <w:t>është</w:t>
      </w:r>
      <w:proofErr w:type="spellEnd"/>
      <w:r>
        <w:t xml:space="preserve"> </w:t>
      </w:r>
      <w:proofErr w:type="spellStart"/>
      <w:r>
        <w:t>për</w:t>
      </w:r>
      <w:proofErr w:type="spellEnd"/>
      <w:r>
        <w:t xml:space="preserve"> </w:t>
      </w:r>
      <w:proofErr w:type="spellStart"/>
      <w:r>
        <w:t>të</w:t>
      </w:r>
      <w:proofErr w:type="spellEnd"/>
      <w:r>
        <w:t xml:space="preserve">-- </w:t>
      </w:r>
      <w:proofErr w:type="spellStart"/>
      <w:r>
        <w:t>komunën</w:t>
      </w:r>
      <w:proofErr w:type="spellEnd"/>
      <w:r>
        <w:t xml:space="preserve"> e R</w:t>
      </w:r>
      <w:r w:rsidR="00F0500F">
        <w:t>ahovec</w:t>
      </w:r>
      <w:r>
        <w:t xml:space="preserve">. Që e kujt i takon? ZSH gjashtë as njëzet metra s'i ka. Me ligj kërkohet katërdhjetë e katër metra. </w:t>
      </w:r>
      <w:proofErr w:type="spellStart"/>
      <w:r>
        <w:t>Kjo</w:t>
      </w:r>
      <w:proofErr w:type="spellEnd"/>
      <w:r>
        <w:t xml:space="preserve"> </w:t>
      </w:r>
      <w:proofErr w:type="spellStart"/>
      <w:r>
        <w:t>pjesë</w:t>
      </w:r>
      <w:proofErr w:type="spellEnd"/>
      <w:r>
        <w:t xml:space="preserve"> </w:t>
      </w:r>
      <w:proofErr w:type="spellStart"/>
      <w:r>
        <w:t>që</w:t>
      </w:r>
      <w:proofErr w:type="spellEnd"/>
      <w:r>
        <w:t xml:space="preserve"> je </w:t>
      </w:r>
      <w:proofErr w:type="spellStart"/>
      <w:r>
        <w:t>te</w:t>
      </w:r>
      <w:proofErr w:type="spellEnd"/>
      <w:r>
        <w:t xml:space="preserve"> </w:t>
      </w:r>
      <w:proofErr w:type="spellStart"/>
      <w:r>
        <w:t>përzgjedh</w:t>
      </w:r>
      <w:proofErr w:type="spellEnd"/>
      <w:r>
        <w:t>.</w:t>
      </w:r>
    </w:p>
    <w:p w14:paraId="666C1892" w14:textId="77777777" w:rsidR="00C40EB3" w:rsidRDefault="00DD3199">
      <w:r>
        <w:t xml:space="preserve">Po </w:t>
      </w:r>
      <w:proofErr w:type="spellStart"/>
      <w:r>
        <w:t>flisnim</w:t>
      </w:r>
      <w:proofErr w:type="spellEnd"/>
      <w:r>
        <w:t xml:space="preserve"> </w:t>
      </w:r>
      <w:proofErr w:type="spellStart"/>
      <w:r>
        <w:t>për</w:t>
      </w:r>
      <w:proofErr w:type="spellEnd"/>
      <w:r>
        <w:t xml:space="preserve"> </w:t>
      </w:r>
      <w:proofErr w:type="spellStart"/>
      <w:r>
        <w:t>problematiken</w:t>
      </w:r>
      <w:proofErr w:type="spellEnd"/>
      <w:r>
        <w:t>, por flisnim për të, pak më me pyetje tjetër.</w:t>
      </w:r>
    </w:p>
    <w:p w14:paraId="5BF7744D" w14:textId="77777777" w:rsidR="00C40EB3" w:rsidRDefault="00DD3199">
      <w:r>
        <w:t xml:space="preserve">Po </w:t>
      </w:r>
      <w:proofErr w:type="spellStart"/>
      <w:r>
        <w:t>va</w:t>
      </w:r>
      <w:proofErr w:type="spellEnd"/>
      <w:r>
        <w:t xml:space="preserve">, la </w:t>
      </w:r>
      <w:proofErr w:type="spellStart"/>
      <w:r>
        <w:t>s'e</w:t>
      </w:r>
      <w:proofErr w:type="spellEnd"/>
      <w:r>
        <w:t xml:space="preserve"> </w:t>
      </w:r>
      <w:proofErr w:type="spellStart"/>
      <w:r>
        <w:t>kam</w:t>
      </w:r>
      <w:proofErr w:type="spellEnd"/>
      <w:r>
        <w:t xml:space="preserve"> përfunduar. E kjo pjesa tjetër, dëme të thënë te rruga u që kë, edhe këtu dëme të thënë janë diku njëzet, njëzet e pesë metra. Me ligj, me kushtet që i keni vënë kërkon katërdhjetë e katër metra. Një gjë që këmbë prej pjesës e rrugës Xhelal Hajdati, tash u shohët për vij-- për pjesën ndali të Rraucit, anën e djathtë është ZSHP gjashtë, mirëpo nuk mundet me u zhvillu. Tjetra që pjesa e, te ZSH gjashtë që e vreda është, aty thuhet që densiteti maksimal për banorë në hektar është treqind e pesëdhjetë. Mirëpo, densiteti maksimal për njësi banimit është tridhjetë e pesë. Po duhet të ma theksosh që për një njësi banimit, sipas normave, dhëndarrite me pasë pesëdhjetë e gjashtë banorë. E nëse këto e zbërthejmë tridhjetë e pesë herë e pesë, dëme të thënë nuk dalin treqind e pesëdhjetë. Dalin dy-- ta dërgojmë përmes emailit. I ki norma teknike i ki. Norma teknike, aspekt urbanistik. Po a po thu ti po në rregull, në rregull? A po thu ti që me tridhjetë në rregull dhe a po thu ti që me tridhjetë e pesë banesa nga dhjetë banorë ka me pas me një banesë? Tridhjetë e pesë banesa nga dhjetë banorë me një banesë. Që me arrit këtë numër ky numër nuk përputhet. E unë jam tu i folur kolegial nuk ke nevojë mu drejtu në atë aspekt. Unë po them nuk ke nevojë mu drejtu në atë aspekt. Unë të fol në mënyrë kolegiale, të ju mendu që e dini të gjithë me dit gabime.</w:t>
      </w:r>
    </w:p>
    <w:p w14:paraId="3F3590F4" w14:textId="77777777" w:rsidR="00C40EB3" w:rsidRDefault="00C40EB3"/>
    <w:p w14:paraId="0506B876" w14:textId="77777777" w:rsidR="00C40EB3" w:rsidRDefault="00DD3199">
      <w:r>
        <w:t xml:space="preserve">Ku e </w:t>
      </w:r>
      <w:proofErr w:type="spellStart"/>
      <w:r>
        <w:t>ku</w:t>
      </w:r>
      <w:proofErr w:type="spellEnd"/>
      <w:r>
        <w:t xml:space="preserve"> e </w:t>
      </w:r>
      <w:proofErr w:type="spellStart"/>
      <w:r>
        <w:t>ku</w:t>
      </w:r>
      <w:proofErr w:type="spellEnd"/>
      <w:r>
        <w:t>? Dhe ne këtë interesohemi më së shumti. Këtu është keq për këtë gjë.</w:t>
      </w:r>
    </w:p>
    <w:p w14:paraId="6DDF35D8" w14:textId="77777777" w:rsidR="00C40EB3" w:rsidRDefault="00C40EB3"/>
    <w:p w14:paraId="27219B67" w14:textId="77777777" w:rsidR="00C40EB3" w:rsidRDefault="00C40EB3"/>
    <w:p w14:paraId="4F5382AD" w14:textId="77777777" w:rsidR="00C40EB3" w:rsidRDefault="00DD3199">
      <w:r>
        <w:t xml:space="preserve">Si </w:t>
      </w:r>
      <w:proofErr w:type="spellStart"/>
      <w:r>
        <w:t>njerëz</w:t>
      </w:r>
      <w:proofErr w:type="spellEnd"/>
      <w:r>
        <w:t xml:space="preserve"> </w:t>
      </w:r>
      <w:proofErr w:type="spellStart"/>
      <w:r>
        <w:t>që</w:t>
      </w:r>
      <w:proofErr w:type="spellEnd"/>
      <w:r>
        <w:t xml:space="preserve"> </w:t>
      </w:r>
      <w:proofErr w:type="spellStart"/>
      <w:r>
        <w:t>kanë</w:t>
      </w:r>
      <w:proofErr w:type="spellEnd"/>
      <w:r>
        <w:t xml:space="preserve"> </w:t>
      </w:r>
      <w:proofErr w:type="spellStart"/>
      <w:r>
        <w:t>ardhur</w:t>
      </w:r>
      <w:proofErr w:type="spellEnd"/>
      <w:r>
        <w:t xml:space="preserve"> </w:t>
      </w:r>
      <w:proofErr w:type="spellStart"/>
      <w:r>
        <w:t>në</w:t>
      </w:r>
      <w:proofErr w:type="spellEnd"/>
      <w:r>
        <w:t xml:space="preserve"> </w:t>
      </w:r>
      <w:proofErr w:type="spellStart"/>
      <w:r>
        <w:t>zonë</w:t>
      </w:r>
      <w:proofErr w:type="spellEnd"/>
      <w:r>
        <w:t xml:space="preserve">, por </w:t>
      </w:r>
      <w:proofErr w:type="spellStart"/>
      <w:r>
        <w:t>nuk</w:t>
      </w:r>
      <w:proofErr w:type="spellEnd"/>
      <w:r>
        <w:t xml:space="preserve"> jeton </w:t>
      </w:r>
      <w:proofErr w:type="spellStart"/>
      <w:r>
        <w:t>në</w:t>
      </w:r>
      <w:proofErr w:type="spellEnd"/>
      <w:r>
        <w:t xml:space="preserve"> </w:t>
      </w:r>
      <w:proofErr w:type="spellStart"/>
      <w:r>
        <w:t>zonë</w:t>
      </w:r>
      <w:proofErr w:type="spellEnd"/>
      <w:r>
        <w:t>.</w:t>
      </w:r>
    </w:p>
    <w:p w14:paraId="51C912E5" w14:textId="77777777" w:rsidR="00C40EB3" w:rsidRDefault="00DD3199">
      <w:r>
        <w:t xml:space="preserve">Kur </w:t>
      </w:r>
      <w:proofErr w:type="spellStart"/>
      <w:r>
        <w:t>kta</w:t>
      </w:r>
      <w:proofErr w:type="spellEnd"/>
      <w:r>
        <w:t xml:space="preserve"> </w:t>
      </w:r>
      <w:proofErr w:type="spellStart"/>
      <w:r>
        <w:t>në</w:t>
      </w:r>
      <w:proofErr w:type="spellEnd"/>
      <w:r>
        <w:t xml:space="preserve"> </w:t>
      </w:r>
      <w:proofErr w:type="spellStart"/>
      <w:r>
        <w:t>lidhje</w:t>
      </w:r>
      <w:proofErr w:type="spellEnd"/>
      <w:r>
        <w:t xml:space="preserve"> me artizanale nuk e kam marrë jashtë artizanale. Jo, nuk jeni interesuar as me nivele që ke ardh me prezantu një draft kryeme. Unë thashë personal e kam marrë punë teknike se </w:t>
      </w:r>
      <w:proofErr w:type="spellStart"/>
      <w:r>
        <w:t>nuk</w:t>
      </w:r>
      <w:proofErr w:type="spellEnd"/>
      <w:r>
        <w:t xml:space="preserve"> </w:t>
      </w:r>
      <w:proofErr w:type="spellStart"/>
      <w:r>
        <w:t>mund</w:t>
      </w:r>
      <w:proofErr w:type="spellEnd"/>
      <w:r>
        <w:t xml:space="preserve"> </w:t>
      </w:r>
      <w:proofErr w:type="spellStart"/>
      <w:r>
        <w:t>ti</w:t>
      </w:r>
      <w:proofErr w:type="spellEnd"/>
      <w:r>
        <w:t xml:space="preserve"> </w:t>
      </w:r>
      <w:proofErr w:type="spellStart"/>
      <w:r>
        <w:t>brenda</w:t>
      </w:r>
      <w:proofErr w:type="spellEnd"/>
      <w:r>
        <w:t xml:space="preserve"> </w:t>
      </w:r>
      <w:proofErr w:type="spellStart"/>
      <w:r>
        <w:t>një</w:t>
      </w:r>
      <w:proofErr w:type="spellEnd"/>
      <w:r>
        <w:t xml:space="preserve"> </w:t>
      </w:r>
      <w:proofErr w:type="spellStart"/>
      <w:r>
        <w:t>muaji</w:t>
      </w:r>
      <w:proofErr w:type="spellEnd"/>
      <w:r>
        <w:t>.</w:t>
      </w:r>
    </w:p>
    <w:p w14:paraId="29E6B22F" w14:textId="77777777" w:rsidR="00C40EB3" w:rsidRDefault="00DD3199">
      <w:proofErr w:type="spellStart"/>
      <w:r>
        <w:t>Janë</w:t>
      </w:r>
      <w:proofErr w:type="spellEnd"/>
      <w:r>
        <w:t xml:space="preserve"> </w:t>
      </w:r>
      <w:proofErr w:type="spellStart"/>
      <w:r>
        <w:t>disa</w:t>
      </w:r>
      <w:proofErr w:type="spellEnd"/>
      <w:r>
        <w:t xml:space="preserve"> </w:t>
      </w:r>
      <w:proofErr w:type="spellStart"/>
      <w:r>
        <w:t>norma</w:t>
      </w:r>
      <w:proofErr w:type="spellEnd"/>
      <w:r>
        <w:t xml:space="preserve"> </w:t>
      </w:r>
      <w:proofErr w:type="spellStart"/>
      <w:r>
        <w:t>që</w:t>
      </w:r>
      <w:proofErr w:type="spellEnd"/>
      <w:r>
        <w:t xml:space="preserve"> i cakton ligji, e pjesën tash ia lëmë kompanisë me sqaruar. Ndoshta po.</w:t>
      </w:r>
    </w:p>
    <w:p w14:paraId="124E8A7F" w14:textId="77777777" w:rsidR="00C40EB3" w:rsidRDefault="00F0500F">
      <w:r w:rsidRPr="00F0500F">
        <w:rPr>
          <w:b/>
        </w:rPr>
        <w:t xml:space="preserve">Armen </w:t>
      </w:r>
      <w:proofErr w:type="spellStart"/>
      <w:r w:rsidRPr="00F0500F">
        <w:rPr>
          <w:b/>
        </w:rPr>
        <w:t>Sokoli</w:t>
      </w:r>
      <w:proofErr w:type="spellEnd"/>
      <w:r>
        <w:t xml:space="preserve">: </w:t>
      </w:r>
      <w:proofErr w:type="spellStart"/>
      <w:r w:rsidR="00DD3199">
        <w:t>Fillimisht</w:t>
      </w:r>
      <w:proofErr w:type="spellEnd"/>
      <w:r w:rsidR="00DD3199">
        <w:t xml:space="preserve">, </w:t>
      </w:r>
      <w:proofErr w:type="spellStart"/>
      <w:r w:rsidR="00DD3199">
        <w:t>sa</w:t>
      </w:r>
      <w:proofErr w:type="spellEnd"/>
      <w:r w:rsidR="00DD3199">
        <w:t xml:space="preserve"> </w:t>
      </w:r>
      <w:proofErr w:type="spellStart"/>
      <w:r w:rsidR="00DD3199">
        <w:t>i</w:t>
      </w:r>
      <w:proofErr w:type="spellEnd"/>
      <w:r w:rsidR="00DD3199">
        <w:t xml:space="preserve"> </w:t>
      </w:r>
      <w:proofErr w:type="spellStart"/>
      <w:r w:rsidR="00DD3199">
        <w:t>përket</w:t>
      </w:r>
      <w:proofErr w:type="spellEnd"/>
      <w:r w:rsidR="00DD3199">
        <w:t xml:space="preserve"> për nismë te e para është te strukturat e ndërtuara, strukturat e ndërtuara. Koeficienti tre shkon deri në shtatë. </w:t>
      </w:r>
      <w:proofErr w:type="spellStart"/>
      <w:r w:rsidR="00DD3199">
        <w:t>Duhet</w:t>
      </w:r>
      <w:proofErr w:type="spellEnd"/>
      <w:r w:rsidR="00DD3199">
        <w:t xml:space="preserve"> me </w:t>
      </w:r>
      <w:proofErr w:type="spellStart"/>
      <w:r w:rsidR="00DD3199">
        <w:t>lexu</w:t>
      </w:r>
      <w:proofErr w:type="spellEnd"/>
      <w:r w:rsidR="00DD3199">
        <w:t xml:space="preserve"> </w:t>
      </w:r>
      <w:proofErr w:type="spellStart"/>
      <w:r w:rsidR="00DD3199">
        <w:t>pak</w:t>
      </w:r>
      <w:proofErr w:type="spellEnd"/>
      <w:r w:rsidR="00DD3199">
        <w:t xml:space="preserve"> ma</w:t>
      </w:r>
      <w:r w:rsidR="001E3366">
        <w:t xml:space="preserve"> </w:t>
      </w:r>
      <w:proofErr w:type="spellStart"/>
      <w:r w:rsidR="001E3366">
        <w:t>nalt</w:t>
      </w:r>
      <w:proofErr w:type="spellEnd"/>
      <w:r w:rsidR="00DD3199">
        <w:t xml:space="preserve"> se </w:t>
      </w:r>
      <w:proofErr w:type="spellStart"/>
      <w:r w:rsidR="00DD3199">
        <w:t>koeficienti</w:t>
      </w:r>
      <w:proofErr w:type="spellEnd"/>
      <w:r w:rsidR="00DD3199">
        <w:t xml:space="preserve"> </w:t>
      </w:r>
      <w:proofErr w:type="spellStart"/>
      <w:r w:rsidR="00DD3199">
        <w:t>shtatë</w:t>
      </w:r>
      <w:proofErr w:type="spellEnd"/>
      <w:r w:rsidR="00DD3199">
        <w:t xml:space="preserve"> </w:t>
      </w:r>
      <w:proofErr w:type="spellStart"/>
      <w:r w:rsidR="00DD3199">
        <w:t>rrit</w:t>
      </w:r>
      <w:proofErr w:type="spellEnd"/>
      <w:r w:rsidR="00DD3199">
        <w:t xml:space="preserve"> me bonuset e zonimit. Nuk mujna me </w:t>
      </w:r>
      <w:proofErr w:type="spellStart"/>
      <w:r w:rsidR="00DD3199">
        <w:t>ardh</w:t>
      </w:r>
      <w:proofErr w:type="spellEnd"/>
      <w:r w:rsidR="00DD3199">
        <w:t xml:space="preserve"> me </w:t>
      </w:r>
      <w:proofErr w:type="spellStart"/>
      <w:r w:rsidR="00DD3199">
        <w:t>fol</w:t>
      </w:r>
      <w:proofErr w:type="spellEnd"/>
      <w:r w:rsidR="00DD3199">
        <w:t xml:space="preserve"> </w:t>
      </w:r>
      <w:proofErr w:type="spellStart"/>
      <w:r w:rsidR="00DD3199">
        <w:t>vetëm</w:t>
      </w:r>
      <w:proofErr w:type="spellEnd"/>
      <w:r w:rsidR="00DD3199">
        <w:t xml:space="preserve"> pe</w:t>
      </w:r>
      <w:r w:rsidR="001E3366">
        <w:t xml:space="preserve"> </w:t>
      </w:r>
      <w:proofErr w:type="spellStart"/>
      <w:r w:rsidR="00DD3199">
        <w:t>le</w:t>
      </w:r>
      <w:r w:rsidR="001E3366">
        <w:t>x</w:t>
      </w:r>
      <w:r w:rsidR="00DD3199">
        <w:t>ej</w:t>
      </w:r>
      <w:proofErr w:type="spellEnd"/>
      <w:r w:rsidR="00DD3199">
        <w:t xml:space="preserve"> </w:t>
      </w:r>
      <w:proofErr w:type="spellStart"/>
      <w:r w:rsidR="00DD3199">
        <w:t>këtë</w:t>
      </w:r>
      <w:proofErr w:type="spellEnd"/>
      <w:r w:rsidR="00DD3199">
        <w:t xml:space="preserve"> </w:t>
      </w:r>
      <w:proofErr w:type="spellStart"/>
      <w:r w:rsidR="00DD3199">
        <w:t>pjesë</w:t>
      </w:r>
      <w:proofErr w:type="spellEnd"/>
      <w:r w:rsidR="00DD3199">
        <w:t xml:space="preserve"> </w:t>
      </w:r>
      <w:proofErr w:type="spellStart"/>
      <w:r w:rsidR="00DD3199">
        <w:t>sepse</w:t>
      </w:r>
      <w:proofErr w:type="spellEnd"/>
      <w:r w:rsidR="00DD3199">
        <w:t xml:space="preserve"> sot shtatë e ki një faqe mana që thotë koeficienti tre o ba koeficienti i bazës minimal që mund të marrim me bonuset e zonimit ku pas hartës zonale komuna harton bonuset e zonimit, e cila do të thotë mund me mrri koeficientin deri në shtatë. Nanë hartë zonale në bazë nuk mujna me qit shtatë se s'ta pranon ministria se e ki caktuar me një faqe mana. Nuk mujna me ardh me lexu një </w:t>
      </w:r>
      <w:proofErr w:type="gramStart"/>
      <w:r w:rsidR="00DD3199">
        <w:t>kapitull  gjashtë</w:t>
      </w:r>
      <w:proofErr w:type="gramEnd"/>
      <w:r w:rsidR="00DD3199">
        <w:t xml:space="preserve"> rreshta. Po pse sot tre është një sqarim që sot, por pse sot? Tash zoti jon fjalë diskutoi për distancat anësore. Pse tha nëse unë nan metra me një pikë pesë duhet të mbysni trembëdhjetë metra? Ju nuk duhet të mbysni një pikë pesë trembëdhjetë metra se nan metra në distancë anësore e merr prej kotës, do të thotë ku kryhet kati, se aty për me sqaruar ndriçimi publik nuk mirret nan metra. Ti ki gjashtë metra distancë anësore, se do të thotë jo prej kulla rrezë kulmit. Se normal kjo është bërë shkaku i dritareve për të sinjët me i siguru ndriçimin. A po kupton? Po patjetër, nëse duhesh me i pjesë tu nuk mundesh me me me me bo shkurtime shpifje. A po kupton? E tjera, nëse e marrim shembull parcelat e zb pesë a po gjashtë që përkatësh nëpër Zasi ke punë atje. Thellësia e parcelës, gjatësia e parcelës përgjatë rrugore është kusht i norma teknike. Zotëri, nuk mujna me me me eliminue këto. Ajt ka zën që mos me u bo me një farë mënyre. Nëse don me ndërtu një banesë gjashtë e tetë kate, duhesh me pas një gjatësi përgjatë rrugës edhe një thellësi për me mujt me mrri atë etazhitet me distancat me krejt. Nuk mujna tash na me marru një banesë veç dhjetë metra në rrugë. A po kupton? Edhe me fut dyqind metra te te te mrena se ajo ka nevojë për parkingje përpara ka për lokale për krejt është kusht i norma teknike. Unë e muj me kuptu që mund të ketë ndonjë gabim që përrime nashta me parcela kadastrale nuk mu me mrri thellësia, se gabojmë pikërisht për këtë që këtë shoqërim për me i marrë qetë dhe me i përmirësu mujmë me kuptu, por nuk mujmë me kuptu kur një arkitekt nuk e pan dallimin mes parcelës kadastrale edhe parcelës kadastrale për zhvillim. Se i kemi dy ligje të planifikimit hapësinor. Gjithmonë i fillojmë me parcelës kadastrale ne se e kemi parcelën, mirëpo parcela kadastrale për zhvillim parcela kadastrale për zhvillim është parcela shembull, si të që po shkojnë, i kena nxehtë shtëpia po i merr për t'i prishë krejt edhe po e ban njëzet ari për me ndërtu banesën. A ka parcela kadastrale për zhvillim? Nëse janë kushtet ndërtimore, thonë na parcela minimale është njëzet ari nuk i bie zjonë të doni pas, si ardh me njëzet ari me ndërtu një banesë vetë i po i vjen që vjen investitori i merr dhjetë parcela ka ka ka dy ari edhe i ban njëzet edhe kjo quhet </w:t>
      </w:r>
      <w:r w:rsidR="00DD3199">
        <w:lastRenderedPageBreak/>
        <w:t>parcela kadastrale për zhvillim e kushtet ndërtimore e japin parcelën kadastrale për zhvillim duke i grumbullu parcelat e krejtve. Pra, do të thotë janë disa dallime të cilat na duhet me i ditë edhe me ardh për me bo një kërkesë edhe me u sillë kokë profesionist. Më vjen keq, kërkoj falje nëse po të lëndoj në ndonjë lloj forme.</w:t>
      </w:r>
    </w:p>
    <w:p w14:paraId="6A23E04F" w14:textId="77777777" w:rsidR="00C40EB3" w:rsidRDefault="00C40EB3"/>
    <w:p w14:paraId="7D611D0C" w14:textId="77777777" w:rsidR="00C40EB3" w:rsidRDefault="00DD3199">
      <w:r>
        <w:rPr>
          <w:b/>
        </w:rPr>
        <w:t>01:49:04,246 --&gt; 01:49:57,766 [speaker_1]</w:t>
      </w:r>
    </w:p>
    <w:p w14:paraId="11A45A36" w14:textId="77777777" w:rsidR="00C40EB3" w:rsidRDefault="00DD3199">
      <w:proofErr w:type="spellStart"/>
      <w:r>
        <w:t>Fillimisht</w:t>
      </w:r>
      <w:proofErr w:type="spellEnd"/>
      <w:r>
        <w:t xml:space="preserve">, </w:t>
      </w:r>
      <w:proofErr w:type="spellStart"/>
      <w:r>
        <w:t>fillimisht</w:t>
      </w:r>
      <w:proofErr w:type="spellEnd"/>
      <w:r>
        <w:t xml:space="preserve"> </w:t>
      </w:r>
      <w:proofErr w:type="spellStart"/>
      <w:r>
        <w:t>faleminderit</w:t>
      </w:r>
      <w:proofErr w:type="spellEnd"/>
      <w:r>
        <w:t xml:space="preserve"> </w:t>
      </w:r>
      <w:proofErr w:type="spellStart"/>
      <w:r>
        <w:t>prej</w:t>
      </w:r>
      <w:proofErr w:type="spellEnd"/>
      <w:r>
        <w:t xml:space="preserve"> </w:t>
      </w:r>
      <w:proofErr w:type="spellStart"/>
      <w:r>
        <w:t>A</w:t>
      </w:r>
      <w:r w:rsidR="001E3366">
        <w:t>rmendit</w:t>
      </w:r>
      <w:proofErr w:type="spellEnd"/>
      <w:r>
        <w:t xml:space="preserve"> </w:t>
      </w:r>
      <w:proofErr w:type="spellStart"/>
      <w:r>
        <w:t>për</w:t>
      </w:r>
      <w:proofErr w:type="spellEnd"/>
      <w:r>
        <w:t xml:space="preserve"> </w:t>
      </w:r>
      <w:proofErr w:type="spellStart"/>
      <w:r>
        <w:t>për</w:t>
      </w:r>
      <w:proofErr w:type="spellEnd"/>
      <w:r>
        <w:t xml:space="preserve"> </w:t>
      </w:r>
      <w:proofErr w:type="spellStart"/>
      <w:r>
        <w:t>për</w:t>
      </w:r>
      <w:proofErr w:type="spellEnd"/>
      <w:r>
        <w:t xml:space="preserve"> </w:t>
      </w:r>
      <w:proofErr w:type="spellStart"/>
      <w:r>
        <w:t>komentin</w:t>
      </w:r>
      <w:proofErr w:type="spellEnd"/>
      <w:r>
        <w:t>. Vërtet është është ashtu siç po thu që ka zona që destinimet janë janë zhvillu në këto formatat janë pjesë e planit zhvillimor komunal. Këto janë bletë çka kena me bo ne thjesht kena me u konën mrenda mrenda mrenda së çka është plan zhvillimor komunal nuk mujna me ndërru çka është ia aprovu. Edhe një tem që e ngriti veç sa për sqarim, domethënë për drojtë nëse ka vretje kishëm lut gjelbrim është obligim gjelbrim i tridhjetë për qind katërdhjetë për qind pesëdhjetë për qind në parcelë është obligim edhe është mendu mrenda qatë na gjelbërimi ma kumudu drojtë. Mirëpo, nëse ka ndonjë vretje është mirë me dhënë me shkrim edhe me pa qysh ka me trajtu kjo. Po kisha dashtë me ndërhyrë te pjesa pasi jetoni dol, por edhe nëse ta përfundojmë.</w:t>
      </w:r>
    </w:p>
    <w:p w14:paraId="69257F0A" w14:textId="77777777" w:rsidR="00C40EB3" w:rsidRDefault="00C40EB3"/>
    <w:p w14:paraId="5E879007" w14:textId="77777777" w:rsidR="00C40EB3" w:rsidRDefault="00DD3199">
      <w:r>
        <w:rPr>
          <w:b/>
        </w:rPr>
        <w:t>01:49:58,526 --&gt; 01:49:58,926 [speaker_13]</w:t>
      </w:r>
    </w:p>
    <w:p w14:paraId="11AD3DE1" w14:textId="77777777" w:rsidR="00C40EB3" w:rsidRDefault="00DD3199">
      <w:r>
        <w:t>Na e vendos.</w:t>
      </w:r>
    </w:p>
    <w:p w14:paraId="3E2B9257" w14:textId="77777777" w:rsidR="00C40EB3" w:rsidRDefault="00C40EB3"/>
    <w:p w14:paraId="2899F6E3" w14:textId="77777777" w:rsidR="00C40EB3" w:rsidRDefault="00DD3199">
      <w:r>
        <w:rPr>
          <w:b/>
        </w:rPr>
        <w:t>01:49:59,566 --&gt; 01:51:39,346 [speaker_0]</w:t>
      </w:r>
    </w:p>
    <w:p w14:paraId="35A12FCB" w14:textId="77777777" w:rsidR="00C40EB3" w:rsidRDefault="00DD3199">
      <w:r>
        <w:t xml:space="preserve">Shqyrtimin kur e kemi haftë me gjashtë veten, u ka njohtun ai që me dy harta që nuk janë plani zhvillimor është mundu, u kanë, u kanë komplet salla e mushkën është mundu që me dizin, me bo dezinformatë. Janë parapa, janë ndryshu, janë, ma se i kemi gjithë hartën projektore është pa që nuk kanë ndryshu kurrgjo. Harta është e publikume në veq faqet e komunës e për, e planit zhvillimor, është mundut të njëjtën me e bo. Brenda këtyre katër vjetëve, asnjëherë nuk jam marr as personalisht me to, është, nuk kam interes me u marr personalish me to. Është drejtuar hetuesi, mbi njëqind lloj të shum mirë ka bo, shejka qu, hetuesi e ka zbardhu suna, kemi vepru në bazë të ligjit. Shkresa e fundit që ai ka dorëzu dhe për hartën zonale, domethënë është mundu edhe në atë pjesë edhe në ministri me dorëzu, është përgjigjja që më ka ardh prej ministrisë që ka bo për hartën zonale, e kanë kthy ministria, pronë, më, mujna me bo, na jemi mbledhë qetu që me, çka t'mujmi me ndryshu, po, po jo me bo, me mundu me ndryshu opinionin. Tash ka njerëz këtu qytetarë që nuk është informu me harta, e dëgjon çiftin e jetonit e thotë, "Kta jon të bo, nuk rrej të m'kryt vetin". Më, për këtë pjesë kem kalu shumë, nuk, asgjë nuk po bëjmë për s, personale, nuk kom kurrgjo personale në këtë pjesë. Më, gjatë diskutimit publik e brenda kësaj periudhe së një muaji ditë, krejt komentet që kam marrë kam ju kthy me përgjigje prej komisionit. </w:t>
      </w:r>
      <w:r>
        <w:lastRenderedPageBreak/>
        <w:t>Madje unë vet nuk jam pjesë e komisionit. Komisioni formahet me vendim të kryetarit. Unë personalisht nuk jam pjesë e komisionit, se nuk jam profesional në atë fushë që me dhënë mendimin tim në komision. Nëse kem pyetje tjera, vazhdojmë. T'i kalojmë Suadit, se s'ka fol asnjëherë.</w:t>
      </w:r>
    </w:p>
    <w:p w14:paraId="03B3439C" w14:textId="77777777" w:rsidR="00C40EB3" w:rsidRDefault="00C40EB3"/>
    <w:p w14:paraId="0F356861" w14:textId="77777777" w:rsidR="00C40EB3" w:rsidRDefault="001E3366">
      <w:proofErr w:type="spellStart"/>
      <w:r>
        <w:t>Suad</w:t>
      </w:r>
      <w:proofErr w:type="spellEnd"/>
      <w:r>
        <w:t xml:space="preserve"> </w:t>
      </w:r>
      <w:proofErr w:type="spellStart"/>
      <w:r>
        <w:t>Çmega</w:t>
      </w:r>
      <w:proofErr w:type="spellEnd"/>
      <w:r>
        <w:t>:</w:t>
      </w:r>
      <w:r w:rsidR="00DD3199">
        <w:t xml:space="preserve"> po </w:t>
      </w:r>
      <w:proofErr w:type="spellStart"/>
      <w:r w:rsidR="00DD3199">
        <w:t>bo</w:t>
      </w:r>
      <w:proofErr w:type="spellEnd"/>
      <w:r w:rsidR="00DD3199">
        <w:t>. Përshëndetje jam Suad Shmega, gjeodet me profesion. Ju faleminderit që edhe sot keni ardhë sot me na e prezentu në detaje të hartës zonale. Unë po nisna, normalisht se tashti për të mbollë një mendim për hartë zonale, paraprakisht duhet me analizuar plani zhvillimor komunal. Ëh, në fjalën hyrëse të drejtorit, tha që gjatë punimit të Planit Zhvillimor Komunal dy mijë e njëzet e tre-dy mijë e tridhjetë e një, na kena marrë, kena përshkru pothuajse gjendjen ekzistuese që është, që ka qenë në gje, në-në planin zhvillimor e komunale paraprake edhe kemi bartë ata në zh, planin zhvillimor komunal të ri. Ëh, kjo, ky që, kjo pikë nuk qëndron sepse, në shembull, në Planin Zhvillimor Komunal dy mijë e njëzet, dy mijë e nëntëmbëdhjetë-dy mijë e njëzet, në zonën urbane na nuk kena pas zonë industriale. Mundeni të hartën me thek të palestrat ku është me, me e pa. Ëh, me Planin Zhvillimor Komunal të-të ri neve na u ka vendos një zonë industriale brenda qendrës urbane. Të njëjtën, ëh, vërtetim e tha edhe, edhe kolegu, edhe kolegu e tha, Armend, a po? Armendi tha një ashtu që brenda z-zonave urbane na nuk mund të kemi zona industriale sepse ndotin ambientin e kështu. Zona industriale që është e vendosur këtu është pikërisht refero tu të gjitha zonat i ka, i ka banimi, madje i ka, po, po, ka, ka edhe zonat rekreaci, rekreative. Domethënë zona rekreative është kjo palestra, sheshi, parku e kështu me radhë. Edhe me vetë normat teknike të UZ-imit administrativ, ëh, besoj që e dini edhe ju ma mirë se mirini me këtë punë ma shumë, është-</w:t>
      </w:r>
    </w:p>
    <w:p w14:paraId="0EF20744" w14:textId="77777777" w:rsidR="00C40EB3" w:rsidRDefault="00C40EB3"/>
    <w:p w14:paraId="760D6DC1" w14:textId="77777777" w:rsidR="00C40EB3" w:rsidRDefault="00DD3199">
      <w:proofErr w:type="spellStart"/>
      <w:r>
        <w:t>Mirë</w:t>
      </w:r>
      <w:proofErr w:type="spellEnd"/>
      <w:r>
        <w:t xml:space="preserve">, </w:t>
      </w:r>
      <w:proofErr w:type="spellStart"/>
      <w:r>
        <w:t>okej</w:t>
      </w:r>
      <w:proofErr w:type="spellEnd"/>
      <w:r>
        <w:t xml:space="preserve">, </w:t>
      </w:r>
      <w:proofErr w:type="spellStart"/>
      <w:r>
        <w:t>veç</w:t>
      </w:r>
      <w:proofErr w:type="spellEnd"/>
      <w:r>
        <w:t xml:space="preserve"> ta përfundoj fjalën, ta përfundoj. Domethënë nuk mirëtet, ëh, nuk mund të jenë zonat industriale pranë zonave, zonave rekreative. Për me e dëshmu këtë është edhe vetë edhe qëllimi i hartës zonale, ose fjala, ëh, vetë fjala e, e, njëra prej qëllimeve është mbrojtja e mjedisit dhe thotë kështu, "Projekti i hartës zonale, kom, ëh, për, ëh, mbro, a, domethënë projekti, qëllimi kryesor është mbrojtja dhe shfrytëzimi racional i tokës urbane dhe parandalimi i shkarkimeve industriale". Tash qysh do t'i ndërparandalojmë na shkarkimet industriale kur, ëh, zonën industriale kena vendos në qendër urbane, qendrore? Domethënë me vetë parimet e hartës zonale ky, ky, ky poligon kështu nuk, është në kundërshtim, faktikisht është në kundërshtim edhe me ligjin. Një ashtu, ëh, çka m'ka ranë sy shembull sipas Planit Zhvillimor Komunal për komunën e Rahovecit ka parapa, ëh, që me u ndërtu një deponi për mbetjet shtëpiakë, sepse në Rahovec i kemi diku rreth tetë biznese therrtore e kështu që merret me mbetjet, me-me-me therrtore, me shitje mishër e kështu. Edhe fatkeqësisht na nuk kemi asnjë informacion, ky është dokument sipas së Planit Zhvillimor Komunal, nuk kemi informata ku përfundojnë këto mbeturina. Me gjasë të gjitha përfundojnë nëpër diçka në deponi inerte, diçka e kështu. Mirë, po a keni planifiku diçka të tillë në-në hartë zonale që me e zgjidhur këtë problematike, sepse kemi përzierje të deponive, domethënë shtëpiakë me inerte edhe aty janë, kemi, kemi ndotje të ambientit e </w:t>
      </w:r>
      <w:r>
        <w:lastRenderedPageBreak/>
        <w:t xml:space="preserve">kështu me radhë. Pika e tretë që është, ëh, e thekët në vazhdimsi që ju nuk keni të drejtë ligjore me dalë qoftë as një pikë, po thuajse nga Plani Zhvillimor Komunal. Po flas në-në aspektin e kufirit ma shumë. Kurse vetë Plani Zhvillimor Komunal dy mijë e njëzet e tre-dy mijë e tridhjetë e një thotë kështu, "Është detyrë e hartës zo-zonale të komunës që të përcaktojë saktësisht sasinë e tokës për zhvillim, duke u bazuar në rritjen e numrit, në rritjen e numrit të ekonomive familjare dhe ndërtesave neto të çdo bashkie territoriale në veçanti". Domethënë ky paragraf juve ju jep të drejtë që faktikisht ju me i kalkulu sa është nevoja për tokë ndërtimore, komerciale e kështu me radhë. Domethënë vetë Plani Zhvillimor ju jep këtë kompetencë. Mirë, po edhe me legjislacion për konformizimit administrativ, ëh, nuk po themi për ndryshime radikale të kufijve, po po themi për ndryshime të vogla, janë të mundshme dhe janë të-të realizueshme nëse zbatohet në tërësi UZ-imet administrative Ëh, kur fola te kriteret teknike, unë këtu kam qenë edhe në draft-- ë, në prezantimin e 2021-shit, s'u kanë kolegu atje edhe tash kredi tjetër kur shohën, po e mbaj mend. Shembull disa zona atëherë janë kategorizuar me etazhitet më të lartë. Numri i banorëve të komunës së Rahovecit, mbi bazë të cilit ju keni punuar dokumentin është diku rreth pesëdhjetë e pesë mijë. Domethënë ju nuk jeni rënë në numrin katërdhjetë e katër mijë sa i ka momentalisht Rahoveci. Ju e keni punuar edhe draftin, tash edhe të ekzistuesin rreth pesëdhjetë e katër-pesëdhjetë mijë banorë sa i ka. Edhe në atë periudhë, Komuna e Rahovecit praktikisht ka pas, ka pas atë numër të banorëve. Tash zonat në draftin e parë shembull që janë kanë pesë, gjashtë kate, ZSHP dhe ZSHP gjashtë, tash kanë pshtyrë regres, kurse përkundrazi në këto pesë-gjashtë vite ato zona vetëm se janë zhvilluar. Domethënë nuk ka llogjikë, nuk ka llogjikë, domethënë zhvillimi praktikisht me thënë për të ardhmen, për biznesin, për biznesin e kështu me radhë. Përpos tjerës, zona për të cilën po flasim është kryesisht është rruga e UÇK-së. Rruga e UÇK-së është e vetmja rrugë në qytetin e Rahovecit, e cila gjerësinë e planumit e ka njëzet e katër metra. Domethënë në njëzet e katër metra gjerësi që është shpronësuar në vitet e tetëdhjetë na kemi me mundësi me i bo me katër korsi, me trotuare, me gjitha, edhe kjo pjesë është zhvlerësuar. Përkundrazi kjo pjesë mendoj që duhet me u nxit praktikisht, me u kriju kushte të tillë që me, me, me ngritë edhe etazhitetin, sepse ekziston mundësia e tillë edhe është për mu shumë habitëse kur e kam pa pse është zhvlerësuar, madje asnjë arsye tim nga ana juaj nuk kam shpalosur pse është zhvlerësuar. Përkundrazi janë rritur edhe numri i banorëve edhe numri i bizneseve e kështu me radhë. Prandaj mendoj që në këto zona që janë- Çfarë deputeti ka këtu? Çfarë deputeti ka Lidhje këtu? </w:t>
      </w:r>
      <w:proofErr w:type="spellStart"/>
      <w:r>
        <w:t>Çfarë</w:t>
      </w:r>
      <w:proofErr w:type="spellEnd"/>
      <w:r>
        <w:t xml:space="preserve"> </w:t>
      </w:r>
      <w:proofErr w:type="spellStart"/>
      <w:r>
        <w:t>deputeti</w:t>
      </w:r>
      <w:proofErr w:type="spellEnd"/>
      <w:r>
        <w:t xml:space="preserve"> ka </w:t>
      </w:r>
      <w:proofErr w:type="spellStart"/>
      <w:r>
        <w:t>këtu</w:t>
      </w:r>
      <w:proofErr w:type="spellEnd"/>
      <w:r>
        <w:t xml:space="preserve"> </w:t>
      </w:r>
      <w:proofErr w:type="spellStart"/>
      <w:r>
        <w:t>Lidhje</w:t>
      </w:r>
      <w:proofErr w:type="spellEnd"/>
      <w:r>
        <w:t>?</w:t>
      </w:r>
      <w:r w:rsidR="00A54BFE">
        <w:t xml:space="preserve"> </w:t>
      </w:r>
      <w:r>
        <w:t xml:space="preserve">Po </w:t>
      </w:r>
      <w:proofErr w:type="spellStart"/>
      <w:r>
        <w:t>qe</w:t>
      </w:r>
      <w:proofErr w:type="spellEnd"/>
      <w:r>
        <w:t xml:space="preserve">, </w:t>
      </w:r>
      <w:proofErr w:type="spellStart"/>
      <w:r>
        <w:t>qe</w:t>
      </w:r>
      <w:proofErr w:type="spellEnd"/>
      <w:r>
        <w:t xml:space="preserve"> po, </w:t>
      </w:r>
      <w:proofErr w:type="spellStart"/>
      <w:r>
        <w:t>konkretë</w:t>
      </w:r>
      <w:proofErr w:type="spellEnd"/>
      <w:r>
        <w:t xml:space="preserve"> janë shumë konkrete janë këto sende, shumë konkrete janë. Domethënë duhet me, duhet me, me pas mundësi që, që me e ngritë etazhitetin sepse baza ligjore ekziston, është udhëzimi administrativ. Tash duke pas parasysh që ne kemi ndërt-- kemi përpilu hartën zonale në bazë, në bazë të asaj që kemi mbi pesëdhjetë e pesë mijë banorë, mbi pesëdhjetë e p-- rreth pesëdhjetë e pesë mijë e kështu me radhë, udhëzimi administrativ të sipërfaqeve urbane qendrore thotë kështu: "Për komunat me popullsi më të madhe se pesëdhjetë mijë banorë, vlera optimale e planifikimit janë si më poshtë. Numri maksimal i kateve nuk ka limit, nuk ka kufizim". Kurse te ne kjo ka kufizim, domethënë te, te kategoritë që e keni ndarë ka, ka këta. Vlera maksimale e shfrytëzimit të parcelës është shtatëdhjetë për qind. Vlera baze i sa në san tre deri në pesë. Ne kemi raste këtu që kemi shkuar edhe nën tre, domethënë nën, nën kriteret e udhëzimit </w:t>
      </w:r>
      <w:r>
        <w:lastRenderedPageBreak/>
        <w:t>administrativ. Edhe densiteti i banimit nuk është të cekur, nuk është, nuk ka, nuk ka limit. Domethënë nëse marrim udhëzimin administrativ, klasifikimin që ju vetë keni vënë në hartë zonale, se këtë klasifikim nuk e kemi bo ne banorët apo kushdo tjetër e keni bo ju, edhe e bën, edhe e definon ligji qysh bëhet klasifikimi, ju nuk jeni në përputhje me vetë udhëzimin administrativ, sepse i keni parametrat që janë nën udhëzimin administrativ edhe nën numër të banorëve që është i përcaktuar me udhëzimin administrativ. Tash a ka mundësi të na e tregoni hartën zonale gjatë përpilimit? Në fillim e keni cek që keni marrë për bazë pesëdhjetë e pesë mijë banorë. Tash a e keni ulur ju në vetëdijen e vet në katërdhjetë e katër mijë edhe i keni reduktuar parametrat, apo ku, ku, ku qëndron problemi? Edhe, edhe, edhe një pyetje, edhe një py-- mendoj si koment pyetje, se kjo nuk është, nuk është debat për pyetje, po është në përgjithësi thirrja është komente, sugjerime edhe pyetje, domethënë të trejat janë. Nuk duhet me u kanë vetëm pyetje, po edhe komentet është pjesë e debatit, sepse kështu është thirrja në fund të fundit. Ëh, e treta, ëh, ndarja e parcelave është cekë edhe më herët. Kemi parcela që, që kanë mbetur në pjesët bujqësore, pjesërisht në pjesën ndërtimore. Kemi një pjesë poshtë në zonën ba-- kadastrale Bërnjak që është, në hyrje të Bellopcërkut kur shkon nga Rahoveci në pjesën e djathtë është zona komerciale. Tash aty kompleksi ai brezi i parcelave është ndarë në dy zonë komerciale dhe zona, e, bujqësore. Aty ku është zona komerciale, aty kalon edhe uji, gypi i Radoniqit. Domethënë vetë, tash me ardh me u apliku për leje vet Urbanizmi thotë duhesh me hek-- ta rrek nga rruga, duhesh me ta rrek nga gypi, e këto tërheqje ty të çejnë automatikisht në pjesën që ka mbet bujqësore. Prandaj mendoj që edhe, edhe, edhe këto pika duhet me i pas parasysh pak me, me, me... Që faktikisht edhe pse kemi bo kategorizim, faktikisht është kategorizimi jo i shfrytëzueshëm në të ardhmen. Mendoj që kompleksi ai brezi duhet me, me, me u përfshi në zonën komerciale.</w:t>
      </w:r>
    </w:p>
    <w:p w14:paraId="7C386BD6" w14:textId="77777777" w:rsidR="00C40EB3" w:rsidRDefault="00C40EB3"/>
    <w:p w14:paraId="1B8DF225" w14:textId="77777777" w:rsidR="00C40EB3" w:rsidRDefault="00A54BFE">
      <w:proofErr w:type="spellStart"/>
      <w:r>
        <w:rPr>
          <w:b/>
        </w:rPr>
        <w:t>Ismaj</w:t>
      </w:r>
      <w:proofErr w:type="spellEnd"/>
      <w:r>
        <w:rPr>
          <w:b/>
        </w:rPr>
        <w:t xml:space="preserve"> </w:t>
      </w:r>
      <w:proofErr w:type="spellStart"/>
      <w:r>
        <w:rPr>
          <w:b/>
        </w:rPr>
        <w:t>Baftjar</w:t>
      </w:r>
      <w:proofErr w:type="spellEnd"/>
      <w:r>
        <w:rPr>
          <w:b/>
        </w:rPr>
        <w:t xml:space="preserve">: </w:t>
      </w:r>
      <w:proofErr w:type="spellStart"/>
      <w:r w:rsidR="00DD3199">
        <w:t>Fillimisht</w:t>
      </w:r>
      <w:proofErr w:type="spellEnd"/>
      <w:r w:rsidR="00DD3199">
        <w:t xml:space="preserve"> po </w:t>
      </w:r>
      <w:proofErr w:type="spellStart"/>
      <w:r w:rsidR="00DD3199">
        <w:t>filloj</w:t>
      </w:r>
      <w:proofErr w:type="spellEnd"/>
      <w:r w:rsidR="00DD3199">
        <w:t xml:space="preserve"> </w:t>
      </w:r>
      <w:proofErr w:type="spellStart"/>
      <w:r w:rsidR="00DD3199">
        <w:t>prej</w:t>
      </w:r>
      <w:proofErr w:type="spellEnd"/>
      <w:r w:rsidR="00DD3199">
        <w:t xml:space="preserve">, </w:t>
      </w:r>
      <w:proofErr w:type="spellStart"/>
      <w:r w:rsidR="00DD3199">
        <w:t>prej</w:t>
      </w:r>
      <w:proofErr w:type="spellEnd"/>
      <w:r w:rsidR="00DD3199">
        <w:t xml:space="preserve"> </w:t>
      </w:r>
      <w:proofErr w:type="spellStart"/>
      <w:r w:rsidR="00DD3199">
        <w:t>të</w:t>
      </w:r>
      <w:proofErr w:type="spellEnd"/>
      <w:r w:rsidR="00DD3199">
        <w:t xml:space="preserve"> fundit Radoniqit, që është faji jonë që ka gyp aty vëlla. S' –, s'po di çka, çka është. Dëgjo, kushtet jepen, kushtet ndërtimore dhe zhvillimore jepen si-- edhe masat jepen bazuar në planin zhvillimor komunal edhe dokumenta të tjerë që janë relevant edhe ligje.</w:t>
      </w:r>
    </w:p>
    <w:p w14:paraId="2F8F4398" w14:textId="77777777" w:rsidR="00C40EB3" w:rsidRDefault="00DD3199">
      <w:r>
        <w:t xml:space="preserve">Po </w:t>
      </w:r>
      <w:proofErr w:type="spellStart"/>
      <w:r>
        <w:t>po</w:t>
      </w:r>
      <w:proofErr w:type="spellEnd"/>
      <w:r>
        <w:t>.</w:t>
      </w:r>
      <w:r w:rsidR="00A54BFE">
        <w:t xml:space="preserve"> </w:t>
      </w:r>
      <w:r>
        <w:t xml:space="preserve">Tash </w:t>
      </w:r>
      <w:proofErr w:type="spellStart"/>
      <w:r>
        <w:t>nëse</w:t>
      </w:r>
      <w:proofErr w:type="spellEnd"/>
      <w:r>
        <w:t xml:space="preserve"> </w:t>
      </w:r>
      <w:proofErr w:type="spellStart"/>
      <w:r>
        <w:t>ligji</w:t>
      </w:r>
      <w:proofErr w:type="spellEnd"/>
      <w:r>
        <w:t xml:space="preserve"> </w:t>
      </w:r>
      <w:proofErr w:type="spellStart"/>
      <w:r>
        <w:t>është</w:t>
      </w:r>
      <w:proofErr w:type="spellEnd"/>
      <w:r>
        <w:t xml:space="preserve"> </w:t>
      </w:r>
      <w:proofErr w:type="spellStart"/>
      <w:r>
        <w:t>aty</w:t>
      </w:r>
      <w:proofErr w:type="spellEnd"/>
      <w:r>
        <w:t>, nëse është kanali thjesht janë dhënë kushtet, ata që i plotësojnë kushtet mund të ndërtojnë, ata që s'i plotësojnë kushtet s'mund të ndërtojnë.</w:t>
      </w:r>
    </w:p>
    <w:p w14:paraId="2620E301" w14:textId="77777777" w:rsidR="00C40EB3" w:rsidRDefault="00DD3199">
      <w:r>
        <w:t xml:space="preserve">Po </w:t>
      </w:r>
      <w:proofErr w:type="spellStart"/>
      <w:r>
        <w:t>asnjëherë</w:t>
      </w:r>
      <w:proofErr w:type="spellEnd"/>
      <w:r>
        <w:t xml:space="preserve"> </w:t>
      </w:r>
      <w:proofErr w:type="spellStart"/>
      <w:r>
        <w:t>s'ka</w:t>
      </w:r>
      <w:proofErr w:type="spellEnd"/>
      <w:r>
        <w:t>-</w:t>
      </w:r>
      <w:r w:rsidR="00A54BFE">
        <w:t xml:space="preserve"> </w:t>
      </w:r>
      <w:proofErr w:type="spellStart"/>
      <w:r>
        <w:t>Nën</w:t>
      </w:r>
      <w:proofErr w:type="spellEnd"/>
      <w:r>
        <w:t xml:space="preserve"> </w:t>
      </w:r>
      <w:proofErr w:type="spellStart"/>
      <w:r>
        <w:t>një</w:t>
      </w:r>
      <w:proofErr w:type="spellEnd"/>
      <w:r>
        <w:t xml:space="preserve">, </w:t>
      </w:r>
      <w:proofErr w:type="spellStart"/>
      <w:r>
        <w:t>nën</w:t>
      </w:r>
      <w:proofErr w:type="spellEnd"/>
      <w:r>
        <w:t xml:space="preserve"> </w:t>
      </w:r>
      <w:proofErr w:type="spellStart"/>
      <w:r>
        <w:t>dy</w:t>
      </w:r>
      <w:proofErr w:type="spellEnd"/>
      <w:r>
        <w:t xml:space="preserve">, </w:t>
      </w:r>
      <w:proofErr w:type="spellStart"/>
      <w:r>
        <w:t>nën</w:t>
      </w:r>
      <w:proofErr w:type="spellEnd"/>
      <w:r>
        <w:t xml:space="preserve"> dy. Dëgjova me kujdes tash më dëgjo.</w:t>
      </w:r>
    </w:p>
    <w:p w14:paraId="56B16D76" w14:textId="77777777" w:rsidR="00C40EB3" w:rsidRDefault="00DD3199">
      <w:r>
        <w:t xml:space="preserve">Jo, </w:t>
      </w:r>
      <w:proofErr w:type="spellStart"/>
      <w:r>
        <w:t>hajde</w:t>
      </w:r>
      <w:proofErr w:type="spellEnd"/>
      <w:r>
        <w:t xml:space="preserve"> ta </w:t>
      </w:r>
      <w:proofErr w:type="spellStart"/>
      <w:r>
        <w:t>bëjmë</w:t>
      </w:r>
      <w:proofErr w:type="spellEnd"/>
      <w:r>
        <w:t xml:space="preserve"> </w:t>
      </w:r>
      <w:proofErr w:type="spellStart"/>
      <w:r>
        <w:t>interesant</w:t>
      </w:r>
      <w:proofErr w:type="spellEnd"/>
      <w:r>
        <w:t>. Aty asnjëherë-</w:t>
      </w:r>
    </w:p>
    <w:p w14:paraId="6FC1285F" w14:textId="77777777" w:rsidR="00C40EB3" w:rsidRDefault="00DD3199">
      <w:r>
        <w:t xml:space="preserve">Jo </w:t>
      </w:r>
      <w:proofErr w:type="spellStart"/>
      <w:r>
        <w:t>s'kemi</w:t>
      </w:r>
      <w:proofErr w:type="spellEnd"/>
      <w:r>
        <w:t xml:space="preserve"> </w:t>
      </w:r>
      <w:proofErr w:type="spellStart"/>
      <w:r>
        <w:t>nevojë</w:t>
      </w:r>
      <w:proofErr w:type="spellEnd"/>
      <w:r>
        <w:t xml:space="preserve"> me </w:t>
      </w:r>
      <w:proofErr w:type="spellStart"/>
      <w:r>
        <w:t>diskutu</w:t>
      </w:r>
      <w:proofErr w:type="spellEnd"/>
      <w:r>
        <w:t xml:space="preserve"> se unë dëgjova ke fol dhe, dhe temë e ke ngritë.</w:t>
      </w:r>
    </w:p>
    <w:p w14:paraId="6036C2EA" w14:textId="77777777" w:rsidR="00C40EB3" w:rsidRDefault="00DD3199">
      <w:proofErr w:type="spellStart"/>
      <w:r>
        <w:t>Okej</w:t>
      </w:r>
      <w:proofErr w:type="spellEnd"/>
      <w:r>
        <w:t>.</w:t>
      </w:r>
      <w:r w:rsidR="00A54BFE">
        <w:t xml:space="preserve"> </w:t>
      </w:r>
      <w:r>
        <w:t xml:space="preserve">Po </w:t>
      </w:r>
      <w:proofErr w:type="spellStart"/>
      <w:r>
        <w:t>ti</w:t>
      </w:r>
      <w:proofErr w:type="spellEnd"/>
      <w:r>
        <w:t xml:space="preserve"> </w:t>
      </w:r>
      <w:proofErr w:type="spellStart"/>
      <w:r>
        <w:t>çfarë</w:t>
      </w:r>
      <w:proofErr w:type="spellEnd"/>
      <w:r>
        <w:t xml:space="preserve"> ra </w:t>
      </w:r>
      <w:proofErr w:type="spellStart"/>
      <w:r>
        <w:t>jone</w:t>
      </w:r>
      <w:proofErr w:type="spellEnd"/>
      <w:r>
        <w:t xml:space="preserve"> tani nuk mujmë me fol.</w:t>
      </w:r>
    </w:p>
    <w:p w14:paraId="2FE07555" w14:textId="77777777" w:rsidR="00C40EB3" w:rsidRDefault="00C40EB3"/>
    <w:p w14:paraId="51020E0D" w14:textId="77777777" w:rsidR="00C40EB3" w:rsidRDefault="00DD3199">
      <w:r>
        <w:t>Po, po, po.</w:t>
      </w:r>
    </w:p>
    <w:p w14:paraId="56E1F033" w14:textId="77777777" w:rsidR="00C40EB3" w:rsidRDefault="00DD3199">
      <w:proofErr w:type="spellStart"/>
      <w:r>
        <w:lastRenderedPageBreak/>
        <w:t>Koeficienti</w:t>
      </w:r>
      <w:proofErr w:type="spellEnd"/>
      <w:r>
        <w:t xml:space="preserve"> </w:t>
      </w:r>
      <w:proofErr w:type="spellStart"/>
      <w:r>
        <w:t>i</w:t>
      </w:r>
      <w:proofErr w:type="spellEnd"/>
      <w:r>
        <w:t xml:space="preserve"> s-- </w:t>
      </w:r>
      <w:proofErr w:type="spellStart"/>
      <w:r>
        <w:t>i</w:t>
      </w:r>
      <w:proofErr w:type="spellEnd"/>
      <w:r>
        <w:t xml:space="preserve"> indeksi i sipërfaqes së ndërtuar me tre e deri në pesë është qasje totale e gabuar me jotja. I vjen që se ke kuptu çka është ajo. Të po tregoj pse. Po tregoj pse. Po është e vërtetë që me për komuna për mbi pesëdhjetë mijë banorë koeficienti është tre edhe pesë mund të konë, po në çfarë rasti mund të konë tre, maksimumi tre është me harta bazë Kuptoje, hy në norma kështu edhe njëherë se ke dhënë atë herën e parë që je doktor shkence dhe ki nevojë me me me studiu pak më shumë. Hy në norma kështu. Unë mundem me t'i trego, mujm t'i tregoje saktësisht nëse shkon te normat lutem edhe në fillim te strukturat e ndërtueme. Po po po, po ça veç te pjesa e parë, jo te te në fillim e ki faqet e para, thotë ISN-ja </w:t>
      </w:r>
      <w:proofErr w:type="spellStart"/>
      <w:r>
        <w:t>deri</w:t>
      </w:r>
      <w:proofErr w:type="spellEnd"/>
      <w:r>
        <w:t xml:space="preserve"> </w:t>
      </w:r>
      <w:proofErr w:type="spellStart"/>
      <w:r>
        <w:t>në</w:t>
      </w:r>
      <w:proofErr w:type="spellEnd"/>
      <w:r>
        <w:t xml:space="preserve"> </w:t>
      </w:r>
      <w:proofErr w:type="spellStart"/>
      <w:r>
        <w:t>tre</w:t>
      </w:r>
      <w:proofErr w:type="spellEnd"/>
      <w:r>
        <w:t xml:space="preserve"> me </w:t>
      </w:r>
      <w:proofErr w:type="spellStart"/>
      <w:r>
        <w:t>bëhet</w:t>
      </w:r>
      <w:proofErr w:type="spellEnd"/>
      <w:r>
        <w:t xml:space="preserve"> me </w:t>
      </w:r>
      <w:proofErr w:type="spellStart"/>
      <w:r>
        <w:t>harta</w:t>
      </w:r>
      <w:proofErr w:type="spellEnd"/>
      <w:r>
        <w:t xml:space="preserve"> </w:t>
      </w:r>
      <w:proofErr w:type="spellStart"/>
      <w:r>
        <w:t>bazë</w:t>
      </w:r>
      <w:proofErr w:type="spellEnd"/>
      <w:r>
        <w:t>. Cilat janë harta bazë? Hartat bazë janë ato që janë harta që janë mrenda mrenda hartës zonale. Mirë po, a mun me mrri te n'pesë? Po mun me mrri te pesë. Qysh mun me mrri? Me bonus e zonimi. Nëse komuna ka nevojë për një pronë të caktume, për rrugë ose për një formë tjetër ta merr pronën edhe nuk ka mundësi me shpërndarë ose me ta kompensu financiarisht, mun me hy me juve në negociim për të dhënë air rights që quhen e drejta ndërtim në lartësi edhe në atë funksion mun të shfrytëzu koeficientin edhe për mbi tre, që i vjen maksimumi mund shfrytëzu deri te pesëshi, po deri në tre është me hartë. Absolutisht. Pjesa tre-</w:t>
      </w:r>
    </w:p>
    <w:p w14:paraId="34C8A873" w14:textId="77777777" w:rsidR="00C40EB3" w:rsidRDefault="00C40EB3"/>
    <w:p w14:paraId="10F3080A" w14:textId="77777777" w:rsidR="00C40EB3" w:rsidRDefault="00A54BFE">
      <w:proofErr w:type="spellStart"/>
      <w:r>
        <w:rPr>
          <w:b/>
        </w:rPr>
        <w:t>Suad</w:t>
      </w:r>
      <w:proofErr w:type="spellEnd"/>
      <w:r>
        <w:rPr>
          <w:b/>
        </w:rPr>
        <w:t xml:space="preserve"> </w:t>
      </w:r>
      <w:proofErr w:type="spellStart"/>
      <w:r>
        <w:rPr>
          <w:b/>
        </w:rPr>
        <w:t>Çmega</w:t>
      </w:r>
      <w:proofErr w:type="spellEnd"/>
      <w:r>
        <w:rPr>
          <w:b/>
        </w:rPr>
        <w:t xml:space="preserve">: </w:t>
      </w:r>
      <w:r w:rsidR="00DD3199">
        <w:t xml:space="preserve">Ku </w:t>
      </w:r>
      <w:proofErr w:type="spellStart"/>
      <w:r w:rsidR="00DD3199">
        <w:t>shkruan</w:t>
      </w:r>
      <w:proofErr w:type="spellEnd"/>
      <w:r w:rsidR="00DD3199">
        <w:t xml:space="preserve"> </w:t>
      </w:r>
      <w:proofErr w:type="spellStart"/>
      <w:r w:rsidR="00DD3199">
        <w:t>kjo</w:t>
      </w:r>
      <w:proofErr w:type="spellEnd"/>
      <w:r w:rsidR="00DD3199">
        <w:t>?</w:t>
      </w:r>
    </w:p>
    <w:p w14:paraId="56882D51" w14:textId="77777777" w:rsidR="00C40EB3" w:rsidRDefault="00DD3199">
      <w:r>
        <w:t xml:space="preserve">Po </w:t>
      </w:r>
      <w:proofErr w:type="spellStart"/>
      <w:r>
        <w:t>shkrun</w:t>
      </w:r>
      <w:proofErr w:type="spellEnd"/>
      <w:r>
        <w:t xml:space="preserve"> </w:t>
      </w:r>
      <w:proofErr w:type="spellStart"/>
      <w:r>
        <w:t>në</w:t>
      </w:r>
      <w:proofErr w:type="spellEnd"/>
      <w:r>
        <w:t xml:space="preserve"> </w:t>
      </w:r>
      <w:proofErr w:type="spellStart"/>
      <w:r>
        <w:t>norma</w:t>
      </w:r>
      <w:proofErr w:type="spellEnd"/>
      <w:r>
        <w:t>.</w:t>
      </w:r>
    </w:p>
    <w:p w14:paraId="413F536B" w14:textId="77777777" w:rsidR="00C40EB3" w:rsidRDefault="00DD3199">
      <w:r>
        <w:t xml:space="preserve">Po </w:t>
      </w:r>
      <w:proofErr w:type="spellStart"/>
      <w:r>
        <w:t>shkruan</w:t>
      </w:r>
      <w:proofErr w:type="spellEnd"/>
      <w:r>
        <w:t xml:space="preserve">, do </w:t>
      </w:r>
      <w:proofErr w:type="spellStart"/>
      <w:r>
        <w:t>do</w:t>
      </w:r>
      <w:proofErr w:type="spellEnd"/>
      <w:r>
        <w:t xml:space="preserve"> a </w:t>
      </w:r>
      <w:proofErr w:type="spellStart"/>
      <w:r>
        <w:t>paragrafi</w:t>
      </w:r>
      <w:proofErr w:type="spellEnd"/>
      <w:r>
        <w:t>?</w:t>
      </w:r>
    </w:p>
    <w:p w14:paraId="3570054A" w14:textId="77777777" w:rsidR="00C40EB3" w:rsidRDefault="00DD3199">
      <w:r>
        <w:t>Thashë që një sekondë, veç një sekondë, tash ta gjanë, ta gjanë po-</w:t>
      </w:r>
    </w:p>
    <w:p w14:paraId="2587C46C" w14:textId="77777777" w:rsidR="00C40EB3" w:rsidRDefault="00DD3199">
      <w:proofErr w:type="spellStart"/>
      <w:r>
        <w:t>Edhe</w:t>
      </w:r>
      <w:proofErr w:type="spellEnd"/>
      <w:r>
        <w:t xml:space="preserve"> </w:t>
      </w:r>
      <w:proofErr w:type="spellStart"/>
      <w:r>
        <w:t>cila</w:t>
      </w:r>
      <w:proofErr w:type="spellEnd"/>
      <w:r>
        <w:t xml:space="preserve"> </w:t>
      </w:r>
      <w:proofErr w:type="spellStart"/>
      <w:r>
        <w:t>është</w:t>
      </w:r>
      <w:proofErr w:type="spellEnd"/>
      <w:r>
        <w:t xml:space="preserve"> </w:t>
      </w:r>
      <w:proofErr w:type="spellStart"/>
      <w:r>
        <w:t>harta</w:t>
      </w:r>
      <w:proofErr w:type="spellEnd"/>
      <w:r>
        <w:t xml:space="preserve"> bazike? Prezantoni cila është harta bazike bro?</w:t>
      </w:r>
    </w:p>
    <w:p w14:paraId="64872339" w14:textId="77777777" w:rsidR="00C40EB3" w:rsidRDefault="00DD3199">
      <w:r>
        <w:t xml:space="preserve">Kure, a </w:t>
      </w:r>
      <w:proofErr w:type="spellStart"/>
      <w:r>
        <w:t>të</w:t>
      </w:r>
      <w:proofErr w:type="spellEnd"/>
      <w:r>
        <w:t xml:space="preserve"> </w:t>
      </w:r>
      <w:proofErr w:type="spellStart"/>
      <w:r>
        <w:t>duket</w:t>
      </w:r>
      <w:proofErr w:type="spellEnd"/>
      <w:r>
        <w:t xml:space="preserve"> </w:t>
      </w:r>
      <w:proofErr w:type="spellStart"/>
      <w:r>
        <w:t>keq</w:t>
      </w:r>
      <w:proofErr w:type="spellEnd"/>
      <w:r>
        <w:t xml:space="preserve"> po m'është keq mo mos u sillni në këtë formë. Ne jemi ne jemi në jemi ardh me fol për probleme reale e qytetarëve tonë, e jo me fol për norma dhe për ligje, që ta gjejmë edhe ato, por nuk jemi ku me harxhu për norma dhe për ligje këtu. Jemi për të fol për probleme konkrete. Tash-</w:t>
      </w:r>
    </w:p>
    <w:p w14:paraId="2F5F2031" w14:textId="77777777" w:rsidR="00C40EB3" w:rsidRDefault="00DD3199">
      <w:proofErr w:type="spellStart"/>
      <w:r>
        <w:t>Cila</w:t>
      </w:r>
      <w:proofErr w:type="spellEnd"/>
      <w:r>
        <w:t xml:space="preserve"> </w:t>
      </w:r>
      <w:proofErr w:type="spellStart"/>
      <w:r>
        <w:t>është</w:t>
      </w:r>
      <w:proofErr w:type="spellEnd"/>
      <w:r>
        <w:t xml:space="preserve">, </w:t>
      </w:r>
      <w:proofErr w:type="spellStart"/>
      <w:r>
        <w:t>zoti</w:t>
      </w:r>
      <w:proofErr w:type="spellEnd"/>
      <w:r>
        <w:t xml:space="preserve"> [</w:t>
      </w:r>
      <w:proofErr w:type="spellStart"/>
      <w:r>
        <w:t>fjalë</w:t>
      </w:r>
      <w:proofErr w:type="spellEnd"/>
      <w:r>
        <w:t xml:space="preserve"> të paqarta] unë si qytetar po kërkoj-</w:t>
      </w:r>
    </w:p>
    <w:p w14:paraId="6F62D383" w14:textId="77777777" w:rsidR="00C40EB3" w:rsidRDefault="00815153">
      <w:r>
        <w:t xml:space="preserve"> </w:t>
      </w:r>
      <w:r w:rsidR="00DD3199">
        <w:t xml:space="preserve">Po </w:t>
      </w:r>
      <w:proofErr w:type="spellStart"/>
      <w:r w:rsidR="00DD3199">
        <w:t>në</w:t>
      </w:r>
      <w:proofErr w:type="spellEnd"/>
      <w:r w:rsidR="00DD3199">
        <w:t xml:space="preserve"> </w:t>
      </w:r>
      <w:proofErr w:type="spellStart"/>
      <w:r w:rsidR="00DD3199">
        <w:t>rregull</w:t>
      </w:r>
      <w:proofErr w:type="spellEnd"/>
      <w:r w:rsidR="00DD3199">
        <w:t xml:space="preserve"> </w:t>
      </w:r>
      <w:proofErr w:type="spellStart"/>
      <w:r w:rsidR="00DD3199">
        <w:t>edhe</w:t>
      </w:r>
      <w:proofErr w:type="spellEnd"/>
      <w:r w:rsidR="00DD3199">
        <w:t xml:space="preserve"> </w:t>
      </w:r>
      <w:proofErr w:type="spellStart"/>
      <w:r w:rsidR="00DD3199">
        <w:t>që</w:t>
      </w:r>
      <w:proofErr w:type="spellEnd"/>
      <w:r w:rsidR="00DD3199">
        <w:t xml:space="preserve"> tash që tash e shpjegtojmë normën edhe sheh, kupton edhe veç çka është harta bazë.</w:t>
      </w:r>
    </w:p>
    <w:p w14:paraId="3D592F04" w14:textId="77777777" w:rsidR="00C40EB3" w:rsidRDefault="00DD3199">
      <w:r>
        <w:t xml:space="preserve">Jo </w:t>
      </w:r>
      <w:proofErr w:type="spellStart"/>
      <w:r>
        <w:t>hartën</w:t>
      </w:r>
      <w:proofErr w:type="spellEnd"/>
      <w:r>
        <w:t xml:space="preserve">, jo </w:t>
      </w:r>
      <w:proofErr w:type="spellStart"/>
      <w:r>
        <w:t>hartën</w:t>
      </w:r>
      <w:proofErr w:type="spellEnd"/>
      <w:r>
        <w:t>.</w:t>
      </w:r>
    </w:p>
    <w:p w14:paraId="216D91FC" w14:textId="77777777" w:rsidR="00C40EB3" w:rsidRDefault="00DD3199">
      <w:proofErr w:type="spellStart"/>
      <w:r>
        <w:t>Hartat</w:t>
      </w:r>
      <w:proofErr w:type="spellEnd"/>
      <w:r>
        <w:t xml:space="preserve">, </w:t>
      </w:r>
      <w:proofErr w:type="spellStart"/>
      <w:r>
        <w:t>gjitha</w:t>
      </w:r>
      <w:proofErr w:type="spellEnd"/>
      <w:r>
        <w:t xml:space="preserve"> </w:t>
      </w:r>
      <w:proofErr w:type="spellStart"/>
      <w:r>
        <w:t>hartat</w:t>
      </w:r>
      <w:proofErr w:type="spellEnd"/>
      <w:r>
        <w:t xml:space="preserve"> </w:t>
      </w:r>
      <w:proofErr w:type="spellStart"/>
      <w:r>
        <w:t>që</w:t>
      </w:r>
      <w:proofErr w:type="spellEnd"/>
      <w:r>
        <w:t xml:space="preserve"> janë pjesë e hartës zonale janë harta bazë, gjitha hartat.</w:t>
      </w:r>
    </w:p>
    <w:p w14:paraId="038628BF" w14:textId="77777777" w:rsidR="00C40EB3" w:rsidRDefault="00C40EB3"/>
    <w:p w14:paraId="4CD5E3B4" w14:textId="77777777" w:rsidR="00C40EB3" w:rsidRDefault="00815153">
      <w:proofErr w:type="spellStart"/>
      <w:r>
        <w:rPr>
          <w:b/>
        </w:rPr>
        <w:t>Suad</w:t>
      </w:r>
      <w:proofErr w:type="spellEnd"/>
      <w:r>
        <w:rPr>
          <w:b/>
        </w:rPr>
        <w:t xml:space="preserve"> </w:t>
      </w:r>
      <w:proofErr w:type="spellStart"/>
      <w:r>
        <w:rPr>
          <w:b/>
        </w:rPr>
        <w:t>Cmega</w:t>
      </w:r>
      <w:proofErr w:type="spellEnd"/>
      <w:r>
        <w:rPr>
          <w:b/>
        </w:rPr>
        <w:t xml:space="preserve">: </w:t>
      </w:r>
      <w:r w:rsidR="00DD3199">
        <w:t xml:space="preserve">Po </w:t>
      </w:r>
      <w:proofErr w:type="spellStart"/>
      <w:r w:rsidR="00DD3199">
        <w:t>ti</w:t>
      </w:r>
      <w:proofErr w:type="spellEnd"/>
      <w:r w:rsidR="00DD3199">
        <w:t xml:space="preserve"> se ki </w:t>
      </w:r>
      <w:proofErr w:type="spellStart"/>
      <w:r w:rsidR="00DD3199">
        <w:t>cek</w:t>
      </w:r>
      <w:proofErr w:type="spellEnd"/>
      <w:r w:rsidR="00DD3199">
        <w:t xml:space="preserve"> </w:t>
      </w:r>
      <w:proofErr w:type="spellStart"/>
      <w:r w:rsidR="00DD3199">
        <w:t>asnjëherë</w:t>
      </w:r>
      <w:proofErr w:type="spellEnd"/>
      <w:r w:rsidR="00DD3199">
        <w:t xml:space="preserve"> </w:t>
      </w:r>
      <w:proofErr w:type="spellStart"/>
      <w:r w:rsidR="00DD3199">
        <w:t>kështu</w:t>
      </w:r>
      <w:proofErr w:type="spellEnd"/>
      <w:r w:rsidR="00DD3199">
        <w:t>.</w:t>
      </w:r>
    </w:p>
    <w:p w14:paraId="448D52B2" w14:textId="77777777" w:rsidR="00C40EB3" w:rsidRDefault="00DD3199">
      <w:r>
        <w:t xml:space="preserve">Po </w:t>
      </w:r>
      <w:proofErr w:type="spellStart"/>
      <w:r>
        <w:t>normat</w:t>
      </w:r>
      <w:proofErr w:type="spellEnd"/>
      <w:r>
        <w:t xml:space="preserve"> i </w:t>
      </w:r>
      <w:proofErr w:type="spellStart"/>
      <w:r>
        <w:t>kanë</w:t>
      </w:r>
      <w:proofErr w:type="spellEnd"/>
      <w:r>
        <w:t xml:space="preserve"> </w:t>
      </w:r>
      <w:proofErr w:type="spellStart"/>
      <w:r>
        <w:t>caktua</w:t>
      </w:r>
      <w:proofErr w:type="spellEnd"/>
      <w:r>
        <w:t xml:space="preserve"> vllau, çka ka me cekun, e normat i kanë caktua ata.</w:t>
      </w:r>
    </w:p>
    <w:p w14:paraId="7CAA5C7D" w14:textId="77777777" w:rsidR="00C40EB3" w:rsidRDefault="00DD3199">
      <w:r>
        <w:lastRenderedPageBreak/>
        <w:t xml:space="preserve">E ki </w:t>
      </w:r>
      <w:proofErr w:type="spellStart"/>
      <w:r>
        <w:t>bo</w:t>
      </w:r>
      <w:proofErr w:type="spellEnd"/>
      <w:r>
        <w:t xml:space="preserve"> </w:t>
      </w:r>
      <w:proofErr w:type="spellStart"/>
      <w:r>
        <w:t>zonimin</w:t>
      </w:r>
      <w:proofErr w:type="spellEnd"/>
      <w:r>
        <w:t xml:space="preserve">, </w:t>
      </w:r>
      <w:proofErr w:type="spellStart"/>
      <w:r>
        <w:t>ke</w:t>
      </w:r>
      <w:proofErr w:type="spellEnd"/>
      <w:r>
        <w:t xml:space="preserve"> thanë kjo zonë ka zonë që kaq, edhe me zonë që kaq, janë normat ligjore.</w:t>
      </w:r>
    </w:p>
    <w:p w14:paraId="2EAB21D8" w14:textId="77777777" w:rsidR="00C40EB3" w:rsidRDefault="00DD3199">
      <w:proofErr w:type="spellStart"/>
      <w:r>
        <w:t>Kjo</w:t>
      </w:r>
      <w:proofErr w:type="spellEnd"/>
      <w:r>
        <w:t xml:space="preserve"> </w:t>
      </w:r>
      <w:proofErr w:type="spellStart"/>
      <w:r>
        <w:t>është</w:t>
      </w:r>
      <w:proofErr w:type="spellEnd"/>
      <w:r>
        <w:t xml:space="preserve"> </w:t>
      </w:r>
      <w:proofErr w:type="spellStart"/>
      <w:r>
        <w:t>përgjigje</w:t>
      </w:r>
      <w:proofErr w:type="spellEnd"/>
      <w:r>
        <w:t>. Kjo është përgjigje edhe në ato që e bisedu më dy, tri herë më herët, që pse është një pikë tre, pse është një pikë pesë, se maksimumi merrim me harta bazë treshi, maksimumi. Edhe për tema të tjera, për për deprimin besoj që drejtori ka përgjigje, për ato që thatë keni të drejtë ligjore prej PZK-së me ka thënë PZK-ja që kemi të drejtë ligjore është e vërtetë, edhe ne e kishim pas edhe me pas, po në atë kuptim që me zgjerue. Mirëpo është Ministria e Planifikimit Hapësinor që për me ta dhënë pëlqimin ka thënë kufizoje krejt çka të mrenda ASNA. Nuk është që na ka lan as komunës, as neve duart e lira. Pëlqimi është mor, pëlqimi është mor me kusht për neve po them, po neve po pajtohemi. Po neve është mënyra e leximit në qat format që me hartë zonale precizohen zonat. Po gjë ku e ki drejtorin dëshmitar, e ki edhe kryetarin dëshmitar. Asnjë ndryshim nuk na ka lan me ba prej prej-</w:t>
      </w:r>
    </w:p>
    <w:p w14:paraId="763E2DD0" w14:textId="77777777" w:rsidR="00C40EB3" w:rsidRDefault="00DD3199">
      <w:proofErr w:type="spellStart"/>
      <w:r>
        <w:t>Dëgjo</w:t>
      </w:r>
      <w:proofErr w:type="spellEnd"/>
      <w:r>
        <w:t xml:space="preserve">, </w:t>
      </w:r>
      <w:proofErr w:type="spellStart"/>
      <w:r>
        <w:t>bazën</w:t>
      </w:r>
      <w:proofErr w:type="spellEnd"/>
      <w:r>
        <w:t xml:space="preserve"> </w:t>
      </w:r>
      <w:proofErr w:type="spellStart"/>
      <w:r>
        <w:t>ligjore</w:t>
      </w:r>
      <w:proofErr w:type="spellEnd"/>
      <w:r>
        <w:t xml:space="preserve"> </w:t>
      </w:r>
      <w:proofErr w:type="spellStart"/>
      <w:r>
        <w:t>nuk</w:t>
      </w:r>
      <w:proofErr w:type="spellEnd"/>
      <w:r>
        <w:t xml:space="preserve"> e interpreton as ty as unë vëlla. Bazën ligjore, bazën ligjore e interpreton ministria. I vetmi autoritet që e interpreton bazën ligjore është ministria. Kur ministria thotë që kjo është e pranueshme, ministria ta ka dhënë pëlqimin që dokumenti është në harmoni me ligjin, me normat, me çdo kushte edhe-</w:t>
      </w:r>
    </w:p>
    <w:p w14:paraId="4A70764E" w14:textId="77777777" w:rsidR="00C40EB3" w:rsidRDefault="00DD3199">
      <w:r>
        <w:t xml:space="preserve">Po </w:t>
      </w:r>
      <w:proofErr w:type="spellStart"/>
      <w:r>
        <w:t>dëgjo</w:t>
      </w:r>
      <w:proofErr w:type="spellEnd"/>
      <w:r>
        <w:t xml:space="preserve">, po </w:t>
      </w:r>
      <w:proofErr w:type="spellStart"/>
      <w:r>
        <w:t>tash</w:t>
      </w:r>
      <w:proofErr w:type="spellEnd"/>
      <w:r>
        <w:t xml:space="preserve"> </w:t>
      </w:r>
      <w:proofErr w:type="spellStart"/>
      <w:r>
        <w:t>në</w:t>
      </w:r>
      <w:proofErr w:type="spellEnd"/>
      <w:r>
        <w:t xml:space="preserve"> fillim nuk e di veç pak. Kyre ç'thonnë. Shkoq aty. Vlera bazë ISN-së paraqet vlerën maksimale të lejuar të ISN-së që përdoret për zona në plan. Vlera maksimale ISN-së paraqet vlerën që s'po mujm me lexua në këtë zun.</w:t>
      </w:r>
    </w:p>
    <w:p w14:paraId="57775DFC" w14:textId="77777777" w:rsidR="00C40EB3" w:rsidRDefault="00DD3199">
      <w:proofErr w:type="spellStart"/>
      <w:r>
        <w:t>Paraqet</w:t>
      </w:r>
      <w:proofErr w:type="spellEnd"/>
      <w:r>
        <w:t xml:space="preserve"> </w:t>
      </w:r>
      <w:proofErr w:type="spellStart"/>
      <w:r>
        <w:t>kufirin</w:t>
      </w:r>
      <w:proofErr w:type="spellEnd"/>
      <w:r>
        <w:t xml:space="preserve"> e </w:t>
      </w:r>
      <w:proofErr w:type="spellStart"/>
      <w:r>
        <w:t>rritjes</w:t>
      </w:r>
      <w:proofErr w:type="spellEnd"/>
      <w:r>
        <w:t xml:space="preserve"> maksimale të vlerës së ISN-së që mund të arrihet në zbatimin në zbatimin e bonusëve të specifikuara për sipërfaqet e caktuara në plan. Bonuset të zonimit mund të përdoren për të kapërcyer pjesërisht ose plotësisht pragun e mes të dy treguesve. Kjo vlerë mund të arrihet vetëm nëse lejohet dhe dokumentohet në dokumentin e planifikimit hapësinor. E ndale tash, jepni pak, tash ka pyetje tjetër. Çka nëse mu komuna nuk m'jep zonim?</w:t>
      </w:r>
    </w:p>
    <w:p w14:paraId="195D699C" w14:textId="77777777" w:rsidR="00C40EB3" w:rsidRDefault="00DD3199">
      <w:proofErr w:type="spellStart"/>
      <w:r>
        <w:t>Dëgjo</w:t>
      </w:r>
      <w:proofErr w:type="spellEnd"/>
      <w:r>
        <w:t xml:space="preserve">, </w:t>
      </w:r>
      <w:proofErr w:type="spellStart"/>
      <w:r>
        <w:t>lutem</w:t>
      </w:r>
      <w:proofErr w:type="spellEnd"/>
      <w:r>
        <w:t xml:space="preserve"> </w:t>
      </w:r>
      <w:proofErr w:type="spellStart"/>
      <w:r>
        <w:t>nuk</w:t>
      </w:r>
      <w:proofErr w:type="spellEnd"/>
      <w:r>
        <w:t xml:space="preserve"> u marr, nuk u marr këtu me ta sqaruar procesin e planifikimit. Nuk u marr ti me ardh në debat publik.</w:t>
      </w:r>
    </w:p>
    <w:p w14:paraId="2FA95014" w14:textId="77777777" w:rsidR="00C40EB3" w:rsidRDefault="00DD3199">
      <w:r>
        <w:t xml:space="preserve">Po </w:t>
      </w:r>
      <w:proofErr w:type="spellStart"/>
      <w:r>
        <w:t>s'kemi</w:t>
      </w:r>
      <w:proofErr w:type="spellEnd"/>
      <w:r>
        <w:t xml:space="preserve"> </w:t>
      </w:r>
      <w:proofErr w:type="spellStart"/>
      <w:r>
        <w:t>nevojë</w:t>
      </w:r>
      <w:proofErr w:type="spellEnd"/>
      <w:r>
        <w:t xml:space="preserve"> </w:t>
      </w:r>
      <w:proofErr w:type="spellStart"/>
      <w:r>
        <w:t>vëlla</w:t>
      </w:r>
      <w:proofErr w:type="spellEnd"/>
      <w:r>
        <w:t xml:space="preserve"> </w:t>
      </w:r>
      <w:proofErr w:type="spellStart"/>
      <w:r>
        <w:t>unë</w:t>
      </w:r>
      <w:proofErr w:type="spellEnd"/>
      <w:r>
        <w:t xml:space="preserve"> se ki thanë se shkruajeme letër e ta sqaroj. Shkruajeme letër në komunë ta sqaroj. Nuk jemi nevojë me debatu këtu se nuk jemi. Hej, besa.</w:t>
      </w:r>
    </w:p>
    <w:p w14:paraId="0D71D0E8" w14:textId="77777777" w:rsidR="00C40EB3" w:rsidRDefault="00DD3199">
      <w:r>
        <w:t xml:space="preserve">Besa, jo </w:t>
      </w:r>
      <w:proofErr w:type="spellStart"/>
      <w:r>
        <w:t>ligji</w:t>
      </w:r>
      <w:proofErr w:type="spellEnd"/>
      <w:r>
        <w:t>, ape lexon tash, lexoje tash, lexoje tash mos më tregosh ça ligji se hej ti, dëgjo ne jemi të punu, ne kemi punu me dhjetra me dhjetra komuna, jemi të punu në Maqedoni, jemi të punu në Shqipëri, në Gjermani. S'mun m'na tregu ti çka thotë ligji se ne e dimë çka thotë ligji.</w:t>
      </w:r>
    </w:p>
    <w:p w14:paraId="62680C40" w14:textId="77777777" w:rsidR="00C40EB3" w:rsidRDefault="00DD3199">
      <w:r>
        <w:t xml:space="preserve">Pak </w:t>
      </w:r>
      <w:proofErr w:type="spellStart"/>
      <w:r>
        <w:t>m'intereson</w:t>
      </w:r>
      <w:proofErr w:type="spellEnd"/>
      <w:r>
        <w:t xml:space="preserve"> ku </w:t>
      </w:r>
      <w:proofErr w:type="spellStart"/>
      <w:r>
        <w:t>punon</w:t>
      </w:r>
      <w:proofErr w:type="spellEnd"/>
      <w:r>
        <w:t xml:space="preserve"> </w:t>
      </w:r>
      <w:proofErr w:type="spellStart"/>
      <w:r>
        <w:t>ti</w:t>
      </w:r>
      <w:proofErr w:type="spellEnd"/>
      <w:r>
        <w:t xml:space="preserve">, pak m'intereson. Jo e para, i po jep shpjegime për </w:t>
      </w:r>
      <w:proofErr w:type="spellStart"/>
      <w:r>
        <w:t>bonuse</w:t>
      </w:r>
      <w:proofErr w:type="spellEnd"/>
      <w:r>
        <w:t xml:space="preserve">, </w:t>
      </w:r>
      <w:proofErr w:type="spellStart"/>
      <w:r>
        <w:t>pra</w:t>
      </w:r>
      <w:proofErr w:type="spellEnd"/>
      <w:r>
        <w:t xml:space="preserve"> ty </w:t>
      </w:r>
      <w:proofErr w:type="spellStart"/>
      <w:r>
        <w:t>nuk</w:t>
      </w:r>
      <w:proofErr w:type="spellEnd"/>
      <w:r>
        <w:t xml:space="preserve"> </w:t>
      </w:r>
      <w:proofErr w:type="spellStart"/>
      <w:r>
        <w:t>të</w:t>
      </w:r>
      <w:proofErr w:type="spellEnd"/>
      <w:r>
        <w:t xml:space="preserve"> ka bonus.</w:t>
      </w:r>
      <w:r w:rsidR="00815153">
        <w:t xml:space="preserve"> </w:t>
      </w:r>
      <w:r>
        <w:t xml:space="preserve">Po </w:t>
      </w:r>
      <w:proofErr w:type="spellStart"/>
      <w:r>
        <w:t>s'janë</w:t>
      </w:r>
      <w:proofErr w:type="spellEnd"/>
      <w:r>
        <w:t xml:space="preserve"> </w:t>
      </w:r>
      <w:proofErr w:type="spellStart"/>
      <w:r>
        <w:t>bonuse</w:t>
      </w:r>
      <w:proofErr w:type="spellEnd"/>
      <w:r>
        <w:t xml:space="preserve"> sot.</w:t>
      </w:r>
    </w:p>
    <w:p w14:paraId="4CAAE763" w14:textId="77777777" w:rsidR="00C40EB3" w:rsidRDefault="00DD3199">
      <w:r>
        <w:t xml:space="preserve">Po </w:t>
      </w:r>
      <w:proofErr w:type="spellStart"/>
      <w:r>
        <w:t>po</w:t>
      </w:r>
      <w:proofErr w:type="spellEnd"/>
      <w:r>
        <w:t xml:space="preserve"> </w:t>
      </w:r>
      <w:proofErr w:type="spellStart"/>
      <w:r>
        <w:t>mirë</w:t>
      </w:r>
      <w:proofErr w:type="spellEnd"/>
      <w:r>
        <w:t xml:space="preserve">, po </w:t>
      </w:r>
      <w:proofErr w:type="spellStart"/>
      <w:r>
        <w:t>ti</w:t>
      </w:r>
      <w:proofErr w:type="spellEnd"/>
      <w:r>
        <w:t xml:space="preserve"> më dha paragrafi për bonuse.</w:t>
      </w:r>
    </w:p>
    <w:p w14:paraId="537BAFA2" w14:textId="77777777" w:rsidR="00C40EB3" w:rsidRDefault="00DD3199">
      <w:r>
        <w:t xml:space="preserve">E </w:t>
      </w:r>
      <w:proofErr w:type="spellStart"/>
      <w:r>
        <w:t>djune</w:t>
      </w:r>
      <w:proofErr w:type="spellEnd"/>
      <w:r>
        <w:t xml:space="preserve"> </w:t>
      </w:r>
      <w:proofErr w:type="spellStart"/>
      <w:r>
        <w:t>për</w:t>
      </w:r>
      <w:proofErr w:type="spellEnd"/>
      <w:r>
        <w:t xml:space="preserve"> </w:t>
      </w:r>
      <w:proofErr w:type="spellStart"/>
      <w:r>
        <w:t>dy</w:t>
      </w:r>
      <w:proofErr w:type="spellEnd"/>
      <w:r>
        <w:t xml:space="preserve"> </w:t>
      </w:r>
      <w:proofErr w:type="spellStart"/>
      <w:r>
        <w:t>orë</w:t>
      </w:r>
      <w:proofErr w:type="spellEnd"/>
      <w:r>
        <w:t xml:space="preserve">. O </w:t>
      </w:r>
      <w:proofErr w:type="spellStart"/>
      <w:r>
        <w:t>zotni</w:t>
      </w:r>
      <w:proofErr w:type="spellEnd"/>
      <w:r>
        <w:t>.</w:t>
      </w:r>
      <w:r>
        <w:rPr>
          <w:b/>
        </w:rPr>
        <w:t>]</w:t>
      </w:r>
    </w:p>
    <w:p w14:paraId="4B0DBE8E" w14:textId="77777777" w:rsidR="00C40EB3" w:rsidRDefault="00DD3199">
      <w:r>
        <w:lastRenderedPageBreak/>
        <w:t>Vëse sot.</w:t>
      </w:r>
    </w:p>
    <w:p w14:paraId="69542C38" w14:textId="77777777" w:rsidR="00C40EB3" w:rsidRDefault="00815153">
      <w:r w:rsidRPr="00815153">
        <w:rPr>
          <w:b/>
        </w:rPr>
        <w:t>Albnor Mullabazi:</w:t>
      </w:r>
      <w:r>
        <w:t xml:space="preserve"> </w:t>
      </w:r>
      <w:r w:rsidR="00DD3199">
        <w:t xml:space="preserve">Me </w:t>
      </w:r>
      <w:proofErr w:type="spellStart"/>
      <w:r w:rsidR="00DD3199">
        <w:t>hartë</w:t>
      </w:r>
      <w:proofErr w:type="spellEnd"/>
      <w:r w:rsidR="00DD3199">
        <w:t xml:space="preserve"> </w:t>
      </w:r>
      <w:proofErr w:type="spellStart"/>
      <w:r w:rsidR="00DD3199">
        <w:t>zonale</w:t>
      </w:r>
      <w:proofErr w:type="spellEnd"/>
      <w:r w:rsidR="00DD3199">
        <w:t xml:space="preserve"> </w:t>
      </w:r>
      <w:proofErr w:type="spellStart"/>
      <w:r w:rsidR="00DD3199">
        <w:t>kom</w:t>
      </w:r>
      <w:proofErr w:type="spellEnd"/>
      <w:r w:rsidR="00DD3199">
        <w:t xml:space="preserve"> </w:t>
      </w:r>
      <w:proofErr w:type="spellStart"/>
      <w:r w:rsidR="00DD3199">
        <w:t>qenë</w:t>
      </w:r>
      <w:proofErr w:type="spellEnd"/>
      <w:r w:rsidR="00DD3199">
        <w:t xml:space="preserve"> vetë pjesë në ministri gjatë takimeve. Ne e kemi paraqitë edhe bonusin në hartë zonale. Është kërku, janë gjashtë drafte të dorëzuara, është kërku me shkrim te ministria që me i heqë bonuset. Ne e kanë cek që bonuset me i bo me planet rregullues të veçanta. </w:t>
      </w:r>
      <w:proofErr w:type="spellStart"/>
      <w:r w:rsidR="00DD3199">
        <w:t>Për</w:t>
      </w:r>
      <w:proofErr w:type="spellEnd"/>
      <w:r w:rsidR="00DD3199">
        <w:t xml:space="preserve"> </w:t>
      </w:r>
      <w:proofErr w:type="spellStart"/>
      <w:r w:rsidR="00DD3199">
        <w:t>momentin</w:t>
      </w:r>
      <w:proofErr w:type="spellEnd"/>
      <w:r w:rsidR="00DD3199">
        <w:t xml:space="preserve"> </w:t>
      </w:r>
      <w:proofErr w:type="spellStart"/>
      <w:r w:rsidR="00DD3199">
        <w:t>në</w:t>
      </w:r>
      <w:proofErr w:type="spellEnd"/>
      <w:r w:rsidR="00DD3199">
        <w:t xml:space="preserve"> </w:t>
      </w:r>
      <w:proofErr w:type="spellStart"/>
      <w:r w:rsidR="00DD3199">
        <w:t>hartë</w:t>
      </w:r>
      <w:proofErr w:type="spellEnd"/>
      <w:r w:rsidR="00DD3199">
        <w:t xml:space="preserve"> </w:t>
      </w:r>
      <w:proofErr w:type="spellStart"/>
      <w:r w:rsidR="00DD3199">
        <w:t>zonale</w:t>
      </w:r>
      <w:proofErr w:type="spellEnd"/>
      <w:r w:rsidR="00DD3199">
        <w:t>.</w:t>
      </w:r>
      <w:r>
        <w:t xml:space="preserve"> </w:t>
      </w:r>
      <w:proofErr w:type="spellStart"/>
      <w:r w:rsidR="00DD3199">
        <w:t>Në</w:t>
      </w:r>
      <w:proofErr w:type="spellEnd"/>
      <w:r w:rsidR="00DD3199">
        <w:t xml:space="preserve"> </w:t>
      </w:r>
      <w:proofErr w:type="spellStart"/>
      <w:r w:rsidR="00DD3199">
        <w:t>gjashtë</w:t>
      </w:r>
      <w:proofErr w:type="spellEnd"/>
      <w:r w:rsidR="00DD3199">
        <w:t xml:space="preserve"> </w:t>
      </w:r>
      <w:proofErr w:type="spellStart"/>
      <w:r w:rsidR="00DD3199">
        <w:t>draftet</w:t>
      </w:r>
      <w:proofErr w:type="spellEnd"/>
      <w:r w:rsidR="00DD3199">
        <w:t xml:space="preserve"> </w:t>
      </w:r>
      <w:proofErr w:type="spellStart"/>
      <w:r w:rsidR="00DD3199">
        <w:t>që</w:t>
      </w:r>
      <w:proofErr w:type="spellEnd"/>
      <w:r w:rsidR="00DD3199">
        <w:t xml:space="preserve"> i kom dorëzu në ministri me shkrim mu ka kërku që me i heqë bonuset. Mujm t'i dokumentu këto, mjlti gjithë me fakte me i patë, me thanë që është kërkesë e ministrisë.</w:t>
      </w:r>
    </w:p>
    <w:p w14:paraId="5D3149FE" w14:textId="77777777" w:rsidR="00C40EB3" w:rsidRDefault="00C40EB3"/>
    <w:p w14:paraId="46F07375" w14:textId="77777777" w:rsidR="00C40EB3" w:rsidRDefault="00815153">
      <w:proofErr w:type="spellStart"/>
      <w:r>
        <w:rPr>
          <w:b/>
        </w:rPr>
        <w:t>Suad</w:t>
      </w:r>
      <w:proofErr w:type="spellEnd"/>
      <w:r>
        <w:rPr>
          <w:b/>
        </w:rPr>
        <w:t xml:space="preserve"> </w:t>
      </w:r>
      <w:proofErr w:type="spellStart"/>
      <w:r>
        <w:rPr>
          <w:b/>
        </w:rPr>
        <w:t>Cmega</w:t>
      </w:r>
      <w:proofErr w:type="spellEnd"/>
      <w:r>
        <w:rPr>
          <w:b/>
        </w:rPr>
        <w:t xml:space="preserve">: </w:t>
      </w:r>
      <w:proofErr w:type="spellStart"/>
      <w:r w:rsidR="00DD3199">
        <w:t>Një</w:t>
      </w:r>
      <w:proofErr w:type="spellEnd"/>
      <w:r w:rsidR="00DD3199">
        <w:t xml:space="preserve"> </w:t>
      </w:r>
      <w:proofErr w:type="spellStart"/>
      <w:r w:rsidR="00DD3199">
        <w:t>pyetje</w:t>
      </w:r>
      <w:proofErr w:type="spellEnd"/>
      <w:r w:rsidR="00DD3199">
        <w:t xml:space="preserve"> </w:t>
      </w:r>
      <w:proofErr w:type="spellStart"/>
      <w:r w:rsidR="00DD3199">
        <w:t>të</w:t>
      </w:r>
      <w:proofErr w:type="spellEnd"/>
      <w:r w:rsidR="00DD3199">
        <w:t xml:space="preserve"> </w:t>
      </w:r>
      <w:proofErr w:type="spellStart"/>
      <w:r w:rsidR="00DD3199">
        <w:t>vetëm</w:t>
      </w:r>
      <w:proofErr w:type="spellEnd"/>
      <w:r w:rsidR="00DD3199">
        <w:t>.</w:t>
      </w:r>
    </w:p>
    <w:p w14:paraId="118A35B6" w14:textId="77777777" w:rsidR="00C40EB3" w:rsidRDefault="00C40EB3"/>
    <w:p w14:paraId="7E3B314C" w14:textId="77777777" w:rsidR="00C40EB3" w:rsidRDefault="00815153">
      <w:r>
        <w:rPr>
          <w:b/>
        </w:rPr>
        <w:t xml:space="preserve">Albnor Mullabazi: </w:t>
      </w:r>
      <w:proofErr w:type="spellStart"/>
      <w:r w:rsidR="00DD3199">
        <w:t>Bazë</w:t>
      </w:r>
      <w:proofErr w:type="spellEnd"/>
      <w:r w:rsidR="00DD3199">
        <w:t xml:space="preserve"> </w:t>
      </w:r>
      <w:proofErr w:type="spellStart"/>
      <w:r w:rsidR="00DD3199">
        <w:t>kësaj</w:t>
      </w:r>
      <w:proofErr w:type="spellEnd"/>
      <w:r w:rsidR="00DD3199">
        <w:t xml:space="preserve">, pas </w:t>
      </w:r>
      <w:proofErr w:type="spellStart"/>
      <w:r w:rsidR="00DD3199">
        <w:t>miratimit</w:t>
      </w:r>
      <w:proofErr w:type="spellEnd"/>
      <w:r w:rsidR="00DD3199">
        <w:t xml:space="preserve"> të hartës zonale, më dhani rregulloret, të cilat mujna me </w:t>
      </w:r>
      <w:proofErr w:type="spellStart"/>
      <w:r w:rsidR="00DD3199">
        <w:t>i</w:t>
      </w:r>
      <w:proofErr w:type="spellEnd"/>
      <w:r w:rsidR="00DD3199">
        <w:t xml:space="preserve"> </w:t>
      </w:r>
      <w:proofErr w:type="spellStart"/>
      <w:r w:rsidR="00DD3199">
        <w:t>caktua</w:t>
      </w:r>
      <w:proofErr w:type="spellEnd"/>
      <w:r w:rsidR="00DD3199">
        <w:t xml:space="preserve"> </w:t>
      </w:r>
      <w:proofErr w:type="spellStart"/>
      <w:r w:rsidR="00DD3199">
        <w:t>edhe</w:t>
      </w:r>
      <w:proofErr w:type="spellEnd"/>
      <w:r w:rsidR="00DD3199">
        <w:t xml:space="preserve"> </w:t>
      </w:r>
      <w:proofErr w:type="spellStart"/>
      <w:r w:rsidR="00DD3199">
        <w:t>bonuset</w:t>
      </w:r>
      <w:proofErr w:type="spellEnd"/>
      <w:r w:rsidR="00DD3199">
        <w:t xml:space="preserve"> dhe </w:t>
      </w:r>
      <w:proofErr w:type="spellStart"/>
      <w:r w:rsidR="00DD3199">
        <w:t>bëjmë</w:t>
      </w:r>
      <w:proofErr w:type="spellEnd"/>
      <w:r w:rsidR="00DD3199">
        <w:t xml:space="preserve"> </w:t>
      </w:r>
      <w:proofErr w:type="spellStart"/>
      <w:r w:rsidR="00DD3199">
        <w:t>rregulloren</w:t>
      </w:r>
      <w:proofErr w:type="spellEnd"/>
      <w:r w:rsidR="00DD3199">
        <w:t>.</w:t>
      </w:r>
      <w:r>
        <w:t xml:space="preserve"> </w:t>
      </w:r>
      <w:r w:rsidR="00DD3199">
        <w:t xml:space="preserve">Po </w:t>
      </w:r>
      <w:proofErr w:type="spellStart"/>
      <w:r w:rsidR="00DD3199">
        <w:t>nëse</w:t>
      </w:r>
      <w:proofErr w:type="spellEnd"/>
      <w:r w:rsidR="00DD3199">
        <w:t xml:space="preserve"> </w:t>
      </w:r>
      <w:proofErr w:type="spellStart"/>
      <w:r w:rsidR="00DD3199">
        <w:t>një</w:t>
      </w:r>
      <w:proofErr w:type="spellEnd"/>
      <w:r w:rsidR="00DD3199">
        <w:t xml:space="preserve"> </w:t>
      </w:r>
      <w:proofErr w:type="spellStart"/>
      <w:r w:rsidR="00DD3199">
        <w:t>pyetje</w:t>
      </w:r>
      <w:proofErr w:type="spellEnd"/>
      <w:r w:rsidR="00DD3199">
        <w:t xml:space="preserve"> </w:t>
      </w:r>
      <w:proofErr w:type="spellStart"/>
      <w:r w:rsidR="00DD3199">
        <w:t>shumë</w:t>
      </w:r>
      <w:proofErr w:type="spellEnd"/>
      <w:r w:rsidR="00DD3199">
        <w:t xml:space="preserve"> konkrete nëse shembull hipotetikisht jam në rrugë që ka interes komunave të marrë me shpronësuar pjesërisht do me shpronësuar prej meje gjysëm ari sa marr bonuse për pjesën sa marr.</w:t>
      </w:r>
    </w:p>
    <w:p w14:paraId="3FDF3AED" w14:textId="77777777" w:rsidR="00C40EB3" w:rsidRDefault="00C40EB3"/>
    <w:p w14:paraId="71E47BEC" w14:textId="77777777" w:rsidR="00C40EB3" w:rsidRDefault="00815153">
      <w:proofErr w:type="spellStart"/>
      <w:r>
        <w:rPr>
          <w:b/>
        </w:rPr>
        <w:t>Suad</w:t>
      </w:r>
      <w:proofErr w:type="spellEnd"/>
      <w:r>
        <w:rPr>
          <w:b/>
        </w:rPr>
        <w:t xml:space="preserve"> </w:t>
      </w:r>
      <w:proofErr w:type="spellStart"/>
      <w:r>
        <w:rPr>
          <w:b/>
        </w:rPr>
        <w:t>Cmega</w:t>
      </w:r>
      <w:proofErr w:type="spellEnd"/>
      <w:r>
        <w:rPr>
          <w:b/>
        </w:rPr>
        <w:t xml:space="preserve">: </w:t>
      </w:r>
      <w:proofErr w:type="spellStart"/>
      <w:r w:rsidR="00DD3199">
        <w:t>Ço</w:t>
      </w:r>
      <w:proofErr w:type="spellEnd"/>
      <w:r w:rsidR="00DD3199">
        <w:t xml:space="preserve"> </w:t>
      </w:r>
      <w:proofErr w:type="spellStart"/>
      <w:r w:rsidR="00DD3199">
        <w:t>është</w:t>
      </w:r>
      <w:proofErr w:type="spellEnd"/>
      <w:r w:rsidR="00DD3199">
        <w:t xml:space="preserve"> </w:t>
      </w:r>
      <w:proofErr w:type="spellStart"/>
      <w:r w:rsidR="00DD3199">
        <w:t>një</w:t>
      </w:r>
      <w:proofErr w:type="spellEnd"/>
      <w:r w:rsidR="00DD3199">
        <w:t xml:space="preserve"> </w:t>
      </w:r>
      <w:proofErr w:type="spellStart"/>
      <w:r w:rsidR="00DD3199">
        <w:t>minutë</w:t>
      </w:r>
      <w:proofErr w:type="spellEnd"/>
      <w:r w:rsidR="00DD3199">
        <w:t xml:space="preserve"> </w:t>
      </w:r>
      <w:proofErr w:type="spellStart"/>
      <w:r w:rsidR="00DD3199">
        <w:t>për</w:t>
      </w:r>
      <w:proofErr w:type="spellEnd"/>
      <w:r w:rsidR="00DD3199">
        <w:t xml:space="preserve"> </w:t>
      </w:r>
      <w:proofErr w:type="spellStart"/>
      <w:r w:rsidR="00DD3199">
        <w:t>pjesën</w:t>
      </w:r>
      <w:proofErr w:type="spellEnd"/>
      <w:r w:rsidR="00DD3199">
        <w:t xml:space="preserve"> sa marr bonuse ta kthej me rregullore më sot.</w:t>
      </w:r>
    </w:p>
    <w:p w14:paraId="6573072A" w14:textId="77777777" w:rsidR="00C40EB3" w:rsidRDefault="00DD3199">
      <w:r>
        <w:t xml:space="preserve">Ajo </w:t>
      </w:r>
      <w:proofErr w:type="spellStart"/>
      <w:r>
        <w:t>drejtor</w:t>
      </w:r>
      <w:proofErr w:type="spellEnd"/>
      <w:r>
        <w:t xml:space="preserve"> </w:t>
      </w:r>
      <w:proofErr w:type="spellStart"/>
      <w:r>
        <w:t>këtu</w:t>
      </w:r>
      <w:proofErr w:type="spellEnd"/>
      <w:r>
        <w:t xml:space="preserve"> po manipulohet.</w:t>
      </w:r>
    </w:p>
    <w:p w14:paraId="08E6CEF9" w14:textId="77777777" w:rsidR="00C40EB3" w:rsidRDefault="00815153">
      <w:r>
        <w:rPr>
          <w:b/>
        </w:rPr>
        <w:t xml:space="preserve">Albnor Mullabazi: </w:t>
      </w:r>
      <w:r w:rsidR="00DD3199">
        <w:t xml:space="preserve">Jo besa se </w:t>
      </w:r>
      <w:proofErr w:type="spellStart"/>
      <w:r w:rsidR="00DD3199">
        <w:t>sa</w:t>
      </w:r>
      <w:proofErr w:type="spellEnd"/>
      <w:r w:rsidR="00DD3199">
        <w:t xml:space="preserve"> </w:t>
      </w:r>
      <w:proofErr w:type="spellStart"/>
      <w:r w:rsidR="00DD3199">
        <w:t>kam</w:t>
      </w:r>
      <w:proofErr w:type="spellEnd"/>
      <w:r w:rsidR="00DD3199">
        <w:t xml:space="preserve"> </w:t>
      </w:r>
      <w:proofErr w:type="spellStart"/>
      <w:r w:rsidR="00DD3199">
        <w:t>manipuluar</w:t>
      </w:r>
      <w:proofErr w:type="spellEnd"/>
      <w:r w:rsidR="00DD3199">
        <w:t xml:space="preserve"> </w:t>
      </w:r>
      <w:proofErr w:type="spellStart"/>
      <w:r>
        <w:t>Suad</w:t>
      </w:r>
      <w:proofErr w:type="spellEnd"/>
      <w:r>
        <w:t xml:space="preserve">, me </w:t>
      </w:r>
      <w:proofErr w:type="spellStart"/>
      <w:r>
        <w:t>rregullore</w:t>
      </w:r>
      <w:proofErr w:type="spellEnd"/>
      <w:r>
        <w:t xml:space="preserve"> </w:t>
      </w:r>
      <w:proofErr w:type="spellStart"/>
      <w:r>
        <w:t>caktohen</w:t>
      </w:r>
      <w:proofErr w:type="spellEnd"/>
      <w:r>
        <w:t xml:space="preserve"> me </w:t>
      </w:r>
      <w:proofErr w:type="spellStart"/>
      <w:r>
        <w:t>bonuse</w:t>
      </w:r>
      <w:proofErr w:type="spellEnd"/>
      <w:r w:rsidR="00DD3199">
        <w:t>.</w:t>
      </w:r>
    </w:p>
    <w:p w14:paraId="199ECB79" w14:textId="77777777" w:rsidR="00C40EB3" w:rsidRDefault="00C40EB3"/>
    <w:p w14:paraId="7BF0B074" w14:textId="77777777" w:rsidR="00C40EB3" w:rsidRDefault="00815153">
      <w:proofErr w:type="spellStart"/>
      <w:r>
        <w:rPr>
          <w:b/>
        </w:rPr>
        <w:t>Suad</w:t>
      </w:r>
      <w:proofErr w:type="spellEnd"/>
      <w:r>
        <w:rPr>
          <w:b/>
        </w:rPr>
        <w:t xml:space="preserve"> </w:t>
      </w:r>
      <w:proofErr w:type="spellStart"/>
      <w:r>
        <w:rPr>
          <w:b/>
        </w:rPr>
        <w:t>Cmega</w:t>
      </w:r>
      <w:proofErr w:type="spellEnd"/>
      <w:r>
        <w:rPr>
          <w:b/>
        </w:rPr>
        <w:t xml:space="preserve">: </w:t>
      </w:r>
      <w:proofErr w:type="spellStart"/>
      <w:r w:rsidR="00DD3199">
        <w:t>Nuk</w:t>
      </w:r>
      <w:proofErr w:type="spellEnd"/>
      <w:r w:rsidR="00DD3199">
        <w:t xml:space="preserve"> </w:t>
      </w:r>
      <w:proofErr w:type="spellStart"/>
      <w:r w:rsidR="00DD3199">
        <w:t>mundesh</w:t>
      </w:r>
      <w:proofErr w:type="spellEnd"/>
      <w:r w:rsidR="00DD3199">
        <w:t xml:space="preserve"> </w:t>
      </w:r>
      <w:proofErr w:type="spellStart"/>
      <w:r w:rsidR="00DD3199">
        <w:t>më</w:t>
      </w:r>
      <w:proofErr w:type="spellEnd"/>
      <w:r w:rsidR="00DD3199">
        <w:t xml:space="preserve"> </w:t>
      </w:r>
      <w:proofErr w:type="spellStart"/>
      <w:r w:rsidR="00DD3199">
        <w:t>mirë</w:t>
      </w:r>
      <w:proofErr w:type="spellEnd"/>
      <w:r w:rsidR="00DD3199">
        <w:t xml:space="preserve"> </w:t>
      </w:r>
      <w:proofErr w:type="spellStart"/>
      <w:r w:rsidR="00DD3199">
        <w:t>i</w:t>
      </w:r>
      <w:proofErr w:type="spellEnd"/>
      <w:r w:rsidR="00DD3199">
        <w:t xml:space="preserve"> dhe mu pesë kate. Nëse unë ty të jap gjysmën ari.</w:t>
      </w:r>
    </w:p>
    <w:p w14:paraId="5BAE47A0" w14:textId="77777777" w:rsidR="00C40EB3" w:rsidRDefault="00C40EB3"/>
    <w:p w14:paraId="47FEBE22" w14:textId="77777777" w:rsidR="00C40EB3" w:rsidRDefault="00815153">
      <w:r>
        <w:rPr>
          <w:b/>
        </w:rPr>
        <w:t xml:space="preserve">Ismail </w:t>
      </w:r>
      <w:proofErr w:type="spellStart"/>
      <w:r>
        <w:rPr>
          <w:b/>
        </w:rPr>
        <w:t>Baftjari</w:t>
      </w:r>
      <w:proofErr w:type="spellEnd"/>
      <w:r>
        <w:rPr>
          <w:b/>
        </w:rPr>
        <w:t xml:space="preserve">: </w:t>
      </w:r>
      <w:proofErr w:type="spellStart"/>
      <w:r w:rsidR="00DD3199">
        <w:t>Dëgjo</w:t>
      </w:r>
      <w:proofErr w:type="spellEnd"/>
      <w:r w:rsidR="00DD3199">
        <w:t xml:space="preserve">, se e </w:t>
      </w:r>
      <w:proofErr w:type="spellStart"/>
      <w:r w:rsidR="00DD3199">
        <w:t>kam</w:t>
      </w:r>
      <w:proofErr w:type="spellEnd"/>
      <w:r w:rsidR="00DD3199">
        <w:t xml:space="preserve"> </w:t>
      </w:r>
      <w:proofErr w:type="spellStart"/>
      <w:r w:rsidR="00DD3199">
        <w:t>një</w:t>
      </w:r>
      <w:proofErr w:type="spellEnd"/>
      <w:r w:rsidR="00DD3199">
        <w:t xml:space="preserve"> </w:t>
      </w:r>
      <w:proofErr w:type="spellStart"/>
      <w:r w:rsidR="00DD3199">
        <w:t>sqarim</w:t>
      </w:r>
      <w:proofErr w:type="spellEnd"/>
      <w:r w:rsidR="00DD3199">
        <w:t xml:space="preserve"> </w:t>
      </w:r>
      <w:proofErr w:type="spellStart"/>
      <w:r w:rsidR="00DD3199">
        <w:t>edhe</w:t>
      </w:r>
      <w:proofErr w:type="spellEnd"/>
      <w:r w:rsidR="00DD3199">
        <w:t xml:space="preserve"> më të saktë se kjo me bonuse.</w:t>
      </w:r>
    </w:p>
    <w:p w14:paraId="12D1059B" w14:textId="77777777" w:rsidR="00C40EB3" w:rsidRDefault="00C40EB3"/>
    <w:p w14:paraId="77D0CA52" w14:textId="77777777" w:rsidR="00C40EB3" w:rsidRDefault="00815153">
      <w:proofErr w:type="spellStart"/>
      <w:r>
        <w:rPr>
          <w:b/>
        </w:rPr>
        <w:t>Suad</w:t>
      </w:r>
      <w:proofErr w:type="spellEnd"/>
      <w:r>
        <w:rPr>
          <w:b/>
        </w:rPr>
        <w:t xml:space="preserve"> </w:t>
      </w:r>
      <w:proofErr w:type="spellStart"/>
      <w:r>
        <w:rPr>
          <w:b/>
        </w:rPr>
        <w:t>Cmega</w:t>
      </w:r>
      <w:proofErr w:type="spellEnd"/>
      <w:r>
        <w:rPr>
          <w:b/>
        </w:rPr>
        <w:t xml:space="preserve">: </w:t>
      </w:r>
      <w:proofErr w:type="spellStart"/>
      <w:r w:rsidR="00DD3199">
        <w:t>Dëgjo</w:t>
      </w:r>
      <w:proofErr w:type="spellEnd"/>
      <w:r w:rsidR="00DD3199">
        <w:t xml:space="preserve"> </w:t>
      </w:r>
      <w:proofErr w:type="spellStart"/>
      <w:r w:rsidR="00DD3199">
        <w:t>thjesht</w:t>
      </w:r>
      <w:proofErr w:type="spellEnd"/>
      <w:r w:rsidR="00DD3199">
        <w:t xml:space="preserve"> </w:t>
      </w:r>
      <w:proofErr w:type="spellStart"/>
      <w:r w:rsidR="00DD3199">
        <w:t>saktësisht</w:t>
      </w:r>
      <w:proofErr w:type="spellEnd"/>
      <w:r w:rsidR="00DD3199">
        <w:t xml:space="preserve"> </w:t>
      </w:r>
      <w:proofErr w:type="spellStart"/>
      <w:r w:rsidR="00DD3199">
        <w:t>në</w:t>
      </w:r>
      <w:proofErr w:type="spellEnd"/>
      <w:r w:rsidR="00DD3199">
        <w:t xml:space="preserve"> at </w:t>
      </w:r>
      <w:proofErr w:type="spellStart"/>
      <w:r w:rsidR="00DD3199">
        <w:t>çka</w:t>
      </w:r>
      <w:proofErr w:type="spellEnd"/>
      <w:r w:rsidR="00DD3199">
        <w:t xml:space="preserve"> po flet, sepse në fillim i ke manipuluar. Ti thashë.</w:t>
      </w:r>
    </w:p>
    <w:p w14:paraId="1FEEA2C7" w14:textId="77777777" w:rsidR="00C40EB3" w:rsidRDefault="00C40EB3"/>
    <w:p w14:paraId="20E770DB" w14:textId="77777777" w:rsidR="00C40EB3" w:rsidRDefault="00815153">
      <w:proofErr w:type="spellStart"/>
      <w:r>
        <w:rPr>
          <w:b/>
        </w:rPr>
        <w:t>Ismaijl</w:t>
      </w:r>
      <w:proofErr w:type="spellEnd"/>
      <w:r>
        <w:rPr>
          <w:b/>
        </w:rPr>
        <w:t xml:space="preserve"> </w:t>
      </w:r>
      <w:proofErr w:type="spellStart"/>
      <w:r>
        <w:rPr>
          <w:b/>
        </w:rPr>
        <w:t>Baftjari</w:t>
      </w:r>
      <w:proofErr w:type="spellEnd"/>
      <w:r>
        <w:rPr>
          <w:b/>
        </w:rPr>
        <w:t xml:space="preserve">: </w:t>
      </w:r>
      <w:r w:rsidR="00DD3199">
        <w:t xml:space="preserve">I </w:t>
      </w:r>
      <w:proofErr w:type="spellStart"/>
      <w:r w:rsidR="00DD3199">
        <w:t>nderuar</w:t>
      </w:r>
      <w:proofErr w:type="spellEnd"/>
      <w:r w:rsidR="00DD3199">
        <w:t xml:space="preserve">, </w:t>
      </w:r>
      <w:proofErr w:type="spellStart"/>
      <w:r w:rsidR="00DD3199">
        <w:t>i</w:t>
      </w:r>
      <w:proofErr w:type="spellEnd"/>
      <w:r w:rsidR="00DD3199">
        <w:t xml:space="preserve"> </w:t>
      </w:r>
      <w:proofErr w:type="spellStart"/>
      <w:r w:rsidR="00DD3199">
        <w:t>nderuar</w:t>
      </w:r>
      <w:proofErr w:type="spellEnd"/>
      <w:r w:rsidR="00DD3199">
        <w:t xml:space="preserve">, </w:t>
      </w:r>
      <w:proofErr w:type="spellStart"/>
      <w:r w:rsidR="00DD3199">
        <w:t>të</w:t>
      </w:r>
      <w:proofErr w:type="spellEnd"/>
      <w:r w:rsidR="00DD3199">
        <w:t xml:space="preserve"> </w:t>
      </w:r>
      <w:proofErr w:type="spellStart"/>
      <w:r w:rsidR="00DD3199">
        <w:t>lutem</w:t>
      </w:r>
      <w:proofErr w:type="spellEnd"/>
      <w:r w:rsidR="00DD3199">
        <w:t xml:space="preserve"> edhe njëherë mos e përdor manipulimin. Të lutem, të lutem se dëgjo, mos e uli nivelin se je drejtor shkence. Mos e uli nivelin që kaq fuqi për na të detyron në nivel me nivelin që po folim keq për miq që po ulin nivelin për mua keq veti. Mos më qesh, dëgjo, dëgjo.</w:t>
      </w:r>
    </w:p>
    <w:p w14:paraId="69E13CC0" w14:textId="77777777" w:rsidR="00C40EB3" w:rsidRDefault="00C40EB3"/>
    <w:p w14:paraId="00E47EA0" w14:textId="77777777" w:rsidR="00C40EB3" w:rsidRDefault="00DD3199">
      <w:proofErr w:type="spellStart"/>
      <w:r>
        <w:lastRenderedPageBreak/>
        <w:t>Bonuset</w:t>
      </w:r>
      <w:proofErr w:type="spellEnd"/>
      <w:r>
        <w:t xml:space="preserve"> e </w:t>
      </w:r>
      <w:proofErr w:type="spellStart"/>
      <w:r>
        <w:t>zonimit</w:t>
      </w:r>
      <w:proofErr w:type="spellEnd"/>
      <w:r>
        <w:t xml:space="preserve"> po thotë deri në pesë deri në pesë ISN nëntë po shkruan mbrelë se e ki. Po thoje ti ki lexuar normat që aty tre deri në pesë. Këto dy numra janë.</w:t>
      </w:r>
    </w:p>
    <w:p w14:paraId="58DA70AD" w14:textId="77777777" w:rsidR="00C40EB3" w:rsidRDefault="00C40EB3"/>
    <w:p w14:paraId="4F2191A9" w14:textId="77777777" w:rsidR="00C40EB3" w:rsidRDefault="00815153">
      <w:proofErr w:type="spellStart"/>
      <w:r>
        <w:rPr>
          <w:b/>
        </w:rPr>
        <w:t>Suad</w:t>
      </w:r>
      <w:proofErr w:type="spellEnd"/>
      <w:r>
        <w:rPr>
          <w:b/>
        </w:rPr>
        <w:t xml:space="preserve"> </w:t>
      </w:r>
      <w:proofErr w:type="spellStart"/>
      <w:r>
        <w:rPr>
          <w:b/>
        </w:rPr>
        <w:t>Cmega</w:t>
      </w:r>
      <w:proofErr w:type="spellEnd"/>
      <w:r>
        <w:rPr>
          <w:b/>
        </w:rPr>
        <w:t xml:space="preserve">: </w:t>
      </w:r>
      <w:r w:rsidR="00DD3199">
        <w:t xml:space="preserve">Norma </w:t>
      </w:r>
      <w:proofErr w:type="spellStart"/>
      <w:r w:rsidR="00DD3199">
        <w:t>nuk</w:t>
      </w:r>
      <w:proofErr w:type="spellEnd"/>
      <w:r w:rsidR="00DD3199">
        <w:t xml:space="preserve"> </w:t>
      </w:r>
      <w:proofErr w:type="spellStart"/>
      <w:r w:rsidR="00DD3199">
        <w:t>janë</w:t>
      </w:r>
      <w:proofErr w:type="spellEnd"/>
      <w:r w:rsidR="00DD3199">
        <w:t xml:space="preserve"> </w:t>
      </w:r>
      <w:proofErr w:type="spellStart"/>
      <w:r w:rsidR="00DD3199">
        <w:t>për</w:t>
      </w:r>
      <w:proofErr w:type="spellEnd"/>
      <w:r w:rsidR="00DD3199">
        <w:t xml:space="preserve"> </w:t>
      </w:r>
      <w:proofErr w:type="spellStart"/>
      <w:r w:rsidR="00DD3199">
        <w:t>bonuse</w:t>
      </w:r>
      <w:proofErr w:type="spellEnd"/>
      <w:r w:rsidR="00DD3199">
        <w:t>. Normat janë për zonime, kështu kategorizime të thjeshta.</w:t>
      </w:r>
    </w:p>
    <w:p w14:paraId="55DDEC84" w14:textId="77777777" w:rsidR="00C40EB3" w:rsidRDefault="00C40EB3"/>
    <w:p w14:paraId="3DC761EA" w14:textId="77777777" w:rsidR="00C40EB3" w:rsidRDefault="00275D75">
      <w:proofErr w:type="spellStart"/>
      <w:r>
        <w:rPr>
          <w:b/>
        </w:rPr>
        <w:t>Ismajl</w:t>
      </w:r>
      <w:proofErr w:type="spellEnd"/>
      <w:r>
        <w:rPr>
          <w:b/>
        </w:rPr>
        <w:t xml:space="preserve"> </w:t>
      </w:r>
      <w:proofErr w:type="spellStart"/>
      <w:r>
        <w:rPr>
          <w:b/>
        </w:rPr>
        <w:t>Baftjari</w:t>
      </w:r>
      <w:proofErr w:type="spellEnd"/>
      <w:r>
        <w:rPr>
          <w:b/>
        </w:rPr>
        <w:t xml:space="preserve">: </w:t>
      </w:r>
      <w:proofErr w:type="spellStart"/>
      <w:r w:rsidR="00DD3199">
        <w:t>Për</w:t>
      </w:r>
      <w:proofErr w:type="spellEnd"/>
      <w:r w:rsidR="00DD3199">
        <w:t xml:space="preserve"> </w:t>
      </w:r>
      <w:proofErr w:type="spellStart"/>
      <w:r w:rsidR="00DD3199">
        <w:t>këtë</w:t>
      </w:r>
      <w:proofErr w:type="spellEnd"/>
      <w:r w:rsidR="00DD3199">
        <w:t xml:space="preserve"> </w:t>
      </w:r>
      <w:proofErr w:type="spellStart"/>
      <w:r w:rsidR="00DD3199">
        <w:t>thotë</w:t>
      </w:r>
      <w:proofErr w:type="spellEnd"/>
      <w:r w:rsidR="00DD3199">
        <w:t xml:space="preserve"> </w:t>
      </w:r>
      <w:proofErr w:type="spellStart"/>
      <w:r w:rsidR="00DD3199">
        <w:t>për</w:t>
      </w:r>
      <w:proofErr w:type="spellEnd"/>
      <w:r w:rsidR="00DD3199">
        <w:t xml:space="preserve"> </w:t>
      </w:r>
      <w:proofErr w:type="spellStart"/>
      <w:r w:rsidR="00DD3199">
        <w:t>qytete</w:t>
      </w:r>
      <w:proofErr w:type="spellEnd"/>
      <w:r w:rsidR="00DD3199">
        <w:t xml:space="preserve"> </w:t>
      </w:r>
      <w:proofErr w:type="spellStart"/>
      <w:r w:rsidR="00DD3199">
        <w:t>që</w:t>
      </w:r>
      <w:proofErr w:type="spellEnd"/>
      <w:r w:rsidR="00DD3199">
        <w:t xml:space="preserve"> kanë mbi pesëdhjetë mijë banorë, për zonat urbane qendrore. Je ka t'flet. Ne e kemi bërë hartën e dhjetë në Kosovë që i kemi kaluar të gjitha </w:t>
      </w:r>
      <w:proofErr w:type="spellStart"/>
      <w:r w:rsidR="00DD3199">
        <w:t>këto</w:t>
      </w:r>
      <w:proofErr w:type="spellEnd"/>
      <w:r w:rsidR="00DD3199">
        <w:t xml:space="preserve"> zona </w:t>
      </w:r>
      <w:proofErr w:type="spellStart"/>
      <w:r w:rsidR="00DD3199">
        <w:t>në</w:t>
      </w:r>
      <w:proofErr w:type="spellEnd"/>
      <w:r w:rsidR="00DD3199">
        <w:t xml:space="preserve"> </w:t>
      </w:r>
      <w:proofErr w:type="spellStart"/>
      <w:r w:rsidR="00DD3199">
        <w:t>ministri</w:t>
      </w:r>
      <w:proofErr w:type="spellEnd"/>
      <w:r w:rsidR="00DD3199">
        <w:t xml:space="preserve"> </w:t>
      </w:r>
      <w:proofErr w:type="spellStart"/>
      <w:r w:rsidR="00DD3199">
        <w:t>kanë</w:t>
      </w:r>
      <w:proofErr w:type="spellEnd"/>
      <w:r w:rsidR="00DD3199">
        <w:t xml:space="preserve"> </w:t>
      </w:r>
      <w:proofErr w:type="spellStart"/>
      <w:r w:rsidR="00DD3199">
        <w:t>kaluar</w:t>
      </w:r>
      <w:proofErr w:type="spellEnd"/>
      <w:r w:rsidR="00DD3199">
        <w:t xml:space="preserve"> </w:t>
      </w:r>
      <w:proofErr w:type="spellStart"/>
      <w:r w:rsidR="00DD3199">
        <w:t>mua</w:t>
      </w:r>
      <w:proofErr w:type="spellEnd"/>
      <w:r w:rsidR="00DD3199">
        <w:t>.</w:t>
      </w:r>
      <w:r>
        <w:t xml:space="preserve"> </w:t>
      </w:r>
      <w:r w:rsidR="00DD3199">
        <w:t xml:space="preserve">Si po </w:t>
      </w:r>
      <w:proofErr w:type="spellStart"/>
      <w:r w:rsidR="00DD3199">
        <w:t>bën</w:t>
      </w:r>
      <w:proofErr w:type="spellEnd"/>
      <w:r w:rsidR="00DD3199">
        <w:t>? Ç'të bëj unë me ty? Edhe një argument tjetër. Hajde edhe një argument tjetër. Hej, besoj vjen keq për neglizhimin e të dhënave. Argumentet Veç pak. T'i kesh dhënë dy përgjigje, t'i kesh dhënë dy përgjigje që më të shtyjmë me argumente se s'ke nevojë. Dëgjo, s'kemi nevojë.</w:t>
      </w:r>
    </w:p>
    <w:p w14:paraId="25041F4F" w14:textId="77777777" w:rsidR="00C40EB3" w:rsidRDefault="00DD3199">
      <w:proofErr w:type="spellStart"/>
      <w:r>
        <w:t>Për</w:t>
      </w:r>
      <w:proofErr w:type="spellEnd"/>
      <w:r>
        <w:t xml:space="preserve"> </w:t>
      </w:r>
      <w:proofErr w:type="spellStart"/>
      <w:r>
        <w:t>mendje</w:t>
      </w:r>
      <w:proofErr w:type="spellEnd"/>
      <w:r>
        <w:t xml:space="preserve"> dhe </w:t>
      </w:r>
      <w:proofErr w:type="spellStart"/>
      <w:r>
        <w:t>për</w:t>
      </w:r>
      <w:proofErr w:type="spellEnd"/>
      <w:r>
        <w:t xml:space="preserve"> mendim. Dokumenti në dhjetë. Ç'është unë tash po të kontestohet?</w:t>
      </w:r>
    </w:p>
    <w:p w14:paraId="2A31D040" w14:textId="77777777" w:rsidR="00C40EB3" w:rsidRDefault="00046379">
      <w:proofErr w:type="spellStart"/>
      <w:r>
        <w:t>Suad</w:t>
      </w:r>
      <w:proofErr w:type="spellEnd"/>
      <w:r>
        <w:t xml:space="preserve"> </w:t>
      </w:r>
      <w:proofErr w:type="spellStart"/>
      <w:r>
        <w:t>Cmega</w:t>
      </w:r>
      <w:proofErr w:type="spellEnd"/>
      <w:r>
        <w:t xml:space="preserve">: </w:t>
      </w:r>
      <w:proofErr w:type="spellStart"/>
      <w:r w:rsidR="00DD3199">
        <w:t>Një</w:t>
      </w:r>
      <w:proofErr w:type="spellEnd"/>
      <w:r w:rsidR="00DD3199">
        <w:t xml:space="preserve"> moment, </w:t>
      </w:r>
      <w:proofErr w:type="spellStart"/>
      <w:r w:rsidR="00DD3199">
        <w:t>një</w:t>
      </w:r>
      <w:proofErr w:type="spellEnd"/>
      <w:r w:rsidR="00DD3199">
        <w:t xml:space="preserve"> moment ta </w:t>
      </w:r>
      <w:proofErr w:type="spellStart"/>
      <w:r w:rsidR="00DD3199">
        <w:t>bëj</w:t>
      </w:r>
      <w:proofErr w:type="spellEnd"/>
      <w:r w:rsidR="00DD3199">
        <w:t xml:space="preserve"> ta kryej tash të hajde po ta cek edhe numrin e banorëve, se vazhdimisht po manipulohet edhe me numër banorësh. Në hartë zonale, pa hyrë në bonuse, në hartë zonale dokumenti që e ka bërë kompania juaj me regjistrin e 2011-ës, se regjistrat në Kosovë janë bërë 2011 edhe tash sfumë në 2024, pesë kur u bënë me 2011-ën, Fushë Kosovë ka pasur tridhjetë e shtatë mijë banorë si komunë edhe ju në hartë zonale ja keni dhënë shembull zonat me etazhete P plus dhjetë.</w:t>
      </w:r>
    </w:p>
    <w:p w14:paraId="540EE3B7" w14:textId="77777777" w:rsidR="00C40EB3" w:rsidRDefault="00C40EB3"/>
    <w:p w14:paraId="5A42D3B9" w14:textId="77777777" w:rsidR="00C40EB3" w:rsidRDefault="00C40EB3"/>
    <w:p w14:paraId="50C13DCB" w14:textId="77777777" w:rsidR="00C40EB3" w:rsidRDefault="00275D75">
      <w:r>
        <w:rPr>
          <w:b/>
        </w:rPr>
        <w:t xml:space="preserve">Ismail </w:t>
      </w:r>
      <w:proofErr w:type="spellStart"/>
      <w:r>
        <w:rPr>
          <w:b/>
        </w:rPr>
        <w:t>Baftjari</w:t>
      </w:r>
      <w:proofErr w:type="spellEnd"/>
      <w:r>
        <w:rPr>
          <w:b/>
        </w:rPr>
        <w:t xml:space="preserve">: </w:t>
      </w:r>
      <w:proofErr w:type="spellStart"/>
      <w:r w:rsidR="00DD3199">
        <w:t>Edhe</w:t>
      </w:r>
      <w:proofErr w:type="spellEnd"/>
      <w:r w:rsidR="00DD3199">
        <w:t xml:space="preserve"> </w:t>
      </w:r>
      <w:proofErr w:type="spellStart"/>
      <w:r w:rsidR="00DD3199">
        <w:t>këtu</w:t>
      </w:r>
      <w:proofErr w:type="spellEnd"/>
      <w:r w:rsidR="00DD3199">
        <w:t xml:space="preserve"> </w:t>
      </w:r>
      <w:proofErr w:type="spellStart"/>
      <w:r w:rsidR="00DD3199">
        <w:t>pse</w:t>
      </w:r>
      <w:proofErr w:type="spellEnd"/>
      <w:r w:rsidR="00DD3199">
        <w:t xml:space="preserve"> e kemi bërë mbi pesëdhjetë mijë banorë? Merrni shënimet nëse ky e shihni sa ka banorë komuna e Rahovecit. Merrni të lutem, sado që të jetë s'është me rëndësi. Merrni shënimet. Dëgjo, jo, jo, nuk kam të drejtë, nuk kam të drejtë se PZhKI ka gjashtëdhjetë e shtatë mijë. PZhK është bazë për neve për hartimin e dokumentit nuk është aty edhe plus Fushë Kosovë që e përmende. Ne kemi marrë burime alternative të informacionit me konfirmuar. Faleminderit! Kemi shfrytëzuar orat e rrymave sa ekonomi familjare janë aktive me dhjeta burime alternative. Për neve ne jemi duke bërë planifikim.</w:t>
      </w:r>
    </w:p>
    <w:p w14:paraId="206C6991" w14:textId="77777777" w:rsidR="00C40EB3" w:rsidRDefault="00DD3199">
      <w:proofErr w:type="spellStart"/>
      <w:r>
        <w:t>Armend</w:t>
      </w:r>
      <w:proofErr w:type="spellEnd"/>
      <w:r>
        <w:t xml:space="preserve">, </w:t>
      </w:r>
      <w:proofErr w:type="spellStart"/>
      <w:r>
        <w:t>i</w:t>
      </w:r>
      <w:proofErr w:type="spellEnd"/>
      <w:r>
        <w:t xml:space="preserve"> </w:t>
      </w:r>
      <w:proofErr w:type="spellStart"/>
      <w:r>
        <w:t>tregoj</w:t>
      </w:r>
      <w:proofErr w:type="spellEnd"/>
      <w:r>
        <w:t xml:space="preserve"> </w:t>
      </w:r>
      <w:proofErr w:type="spellStart"/>
      <w:r>
        <w:t>ligji</w:t>
      </w:r>
      <w:proofErr w:type="spellEnd"/>
      <w:r>
        <w:t xml:space="preserve"> ligji. Ne jemi bazuar </w:t>
      </w:r>
      <w:proofErr w:type="spellStart"/>
      <w:r>
        <w:t>në</w:t>
      </w:r>
      <w:proofErr w:type="spellEnd"/>
      <w:r>
        <w:t xml:space="preserve"> </w:t>
      </w:r>
      <w:proofErr w:type="spellStart"/>
      <w:r>
        <w:t>Planin</w:t>
      </w:r>
      <w:proofErr w:type="spellEnd"/>
      <w:r>
        <w:t xml:space="preserve"> </w:t>
      </w:r>
      <w:proofErr w:type="spellStart"/>
      <w:r>
        <w:t>Zhvillimor</w:t>
      </w:r>
      <w:proofErr w:type="spellEnd"/>
      <w:r>
        <w:t xml:space="preserve"> </w:t>
      </w:r>
      <w:proofErr w:type="spellStart"/>
      <w:r>
        <w:t>Komunal</w:t>
      </w:r>
      <w:proofErr w:type="spellEnd"/>
      <w:r>
        <w:t xml:space="preserve">, ka </w:t>
      </w:r>
      <w:proofErr w:type="spellStart"/>
      <w:r>
        <w:t>qenë</w:t>
      </w:r>
      <w:proofErr w:type="spellEnd"/>
      <w:r>
        <w:t xml:space="preserve"> </w:t>
      </w:r>
      <w:proofErr w:type="spellStart"/>
      <w:r>
        <w:t>plani</w:t>
      </w:r>
      <w:proofErr w:type="spellEnd"/>
      <w:r>
        <w:t>.</w:t>
      </w:r>
    </w:p>
    <w:p w14:paraId="7A1AAAD3" w14:textId="77777777" w:rsidR="00C40EB3" w:rsidRDefault="00DD3199">
      <w:proofErr w:type="spellStart"/>
      <w:r>
        <w:t>Më</w:t>
      </w:r>
      <w:proofErr w:type="spellEnd"/>
      <w:r>
        <w:t xml:space="preserve"> </w:t>
      </w:r>
      <w:proofErr w:type="spellStart"/>
      <w:r>
        <w:t>intereson</w:t>
      </w:r>
      <w:proofErr w:type="spellEnd"/>
      <w:r>
        <w:t xml:space="preserve"> </w:t>
      </w:r>
      <w:proofErr w:type="spellStart"/>
      <w:r>
        <w:t>statistika</w:t>
      </w:r>
      <w:proofErr w:type="spellEnd"/>
      <w:r>
        <w:t xml:space="preserve"> </w:t>
      </w:r>
      <w:proofErr w:type="spellStart"/>
      <w:r>
        <w:t>zyrtare</w:t>
      </w:r>
      <w:proofErr w:type="spellEnd"/>
      <w:r>
        <w:t xml:space="preserve">, </w:t>
      </w:r>
      <w:proofErr w:type="spellStart"/>
      <w:r>
        <w:t>numrat</w:t>
      </w:r>
      <w:proofErr w:type="spellEnd"/>
      <w:r>
        <w:t xml:space="preserve"> </w:t>
      </w:r>
      <w:proofErr w:type="spellStart"/>
      <w:r>
        <w:t>zyrtarë</w:t>
      </w:r>
      <w:proofErr w:type="spellEnd"/>
      <w:r>
        <w:t xml:space="preserve"> </w:t>
      </w:r>
      <w:proofErr w:type="spellStart"/>
      <w:r>
        <w:t>që</w:t>
      </w:r>
      <w:proofErr w:type="spellEnd"/>
      <w:r>
        <w:t xml:space="preserve"> </w:t>
      </w:r>
      <w:proofErr w:type="spellStart"/>
      <w:r>
        <w:t>janë</w:t>
      </w:r>
      <w:proofErr w:type="spellEnd"/>
      <w:r>
        <w:t xml:space="preserve"> </w:t>
      </w:r>
      <w:proofErr w:type="spellStart"/>
      <w:r>
        <w:t>aty</w:t>
      </w:r>
      <w:proofErr w:type="spellEnd"/>
      <w:r>
        <w:t>.</w:t>
      </w:r>
    </w:p>
    <w:p w14:paraId="6C1867F8" w14:textId="77777777" w:rsidR="00C40EB3" w:rsidRDefault="00DD3199">
      <w:r>
        <w:t xml:space="preserve">A </w:t>
      </w:r>
      <w:proofErr w:type="spellStart"/>
      <w:r>
        <w:t>jemi</w:t>
      </w:r>
      <w:proofErr w:type="spellEnd"/>
      <w:r>
        <w:t xml:space="preserve"> duke </w:t>
      </w:r>
      <w:proofErr w:type="spellStart"/>
      <w:r>
        <w:t>të</w:t>
      </w:r>
      <w:proofErr w:type="spellEnd"/>
      <w:r>
        <w:t xml:space="preserve"> </w:t>
      </w:r>
      <w:proofErr w:type="spellStart"/>
      <w:r>
        <w:t>dhënë</w:t>
      </w:r>
      <w:proofErr w:type="spellEnd"/>
      <w:r>
        <w:t xml:space="preserve"> përgjigje për Rahovecin, Suad? A po them që Plan Zhvillimor Komunal Rahoveci ka gjashtëdhjetë e shtatë mijë banorë edhe po them që ajo ka qenë baza. Pse ne kemi shkuar për mbi pesëdhjetë mijë banorë prej pesëdhjetë mijë deri në qind mijë që na e caktojnë pesëdhjetë e gjashtë mijë, çdo që të jetë edhe nuk po them që jemi bazuar në ASK, se kemi thënë plani është baza për hartimin e hartës zonale nuk është PZhK nuk është ASK </w:t>
      </w:r>
      <w:r>
        <w:lastRenderedPageBreak/>
        <w:t>ja nënë nën dy njëjtë për Fushë Kosovë kemi bazë një plan zhvillimor komunal edhe çaj çaj. Plani ka caktuar shtatëdhjetë mijë banorë edhe thashë nuk mujmë me punu me ASK kur ligji më thotë ti ki me u bazu në Plan Zhvillimor Komunal. Kuptoje ç'thotë që ka që kupton vëreft se që mund të me rivalizuar, por çështje e jotja.</w:t>
      </w:r>
    </w:p>
    <w:p w14:paraId="7F599717" w14:textId="77777777" w:rsidR="00C40EB3" w:rsidRDefault="00C156F5">
      <w:r>
        <w:t xml:space="preserve">Albnor Mullabazi: </w:t>
      </w:r>
      <w:proofErr w:type="spellStart"/>
      <w:r w:rsidR="00DD3199">
        <w:t>Nëse</w:t>
      </w:r>
      <w:proofErr w:type="spellEnd"/>
      <w:r w:rsidR="00DD3199">
        <w:t xml:space="preserve"> </w:t>
      </w:r>
      <w:proofErr w:type="spellStart"/>
      <w:r w:rsidR="00DD3199">
        <w:t>kem</w:t>
      </w:r>
      <w:proofErr w:type="spellEnd"/>
      <w:r w:rsidR="00DD3199">
        <w:t xml:space="preserve"> </w:t>
      </w:r>
      <w:proofErr w:type="spellStart"/>
      <w:r w:rsidR="00DD3199">
        <w:t>tjerë</w:t>
      </w:r>
      <w:proofErr w:type="spellEnd"/>
      <w:r w:rsidR="00DD3199">
        <w:t xml:space="preserve"> </w:t>
      </w:r>
      <w:proofErr w:type="spellStart"/>
      <w:r w:rsidR="00DD3199">
        <w:t>vazhdojmë</w:t>
      </w:r>
      <w:proofErr w:type="spellEnd"/>
      <w:r w:rsidR="00DD3199">
        <w:t xml:space="preserve"> </w:t>
      </w:r>
      <w:proofErr w:type="spellStart"/>
      <w:r w:rsidR="00DD3199">
        <w:t>tjerë</w:t>
      </w:r>
      <w:proofErr w:type="spellEnd"/>
      <w:r>
        <w:t xml:space="preserve">, </w:t>
      </w:r>
      <w:proofErr w:type="spellStart"/>
      <w:r>
        <w:t>Suad</w:t>
      </w:r>
      <w:proofErr w:type="spellEnd"/>
      <w:r>
        <w:t xml:space="preserve"> </w:t>
      </w:r>
      <w:proofErr w:type="spellStart"/>
      <w:r>
        <w:t>drejtohu</w:t>
      </w:r>
      <w:proofErr w:type="spellEnd"/>
      <w:r>
        <w:t xml:space="preserve"> me </w:t>
      </w:r>
      <w:proofErr w:type="spellStart"/>
      <w:r>
        <w:t>shkrim</w:t>
      </w:r>
      <w:proofErr w:type="spellEnd"/>
      <w:r>
        <w:t xml:space="preserve"> </w:t>
      </w:r>
      <w:proofErr w:type="spellStart"/>
      <w:r>
        <w:t>ti</w:t>
      </w:r>
      <w:proofErr w:type="spellEnd"/>
      <w:r>
        <w:t xml:space="preserve"> </w:t>
      </w:r>
      <w:proofErr w:type="spellStart"/>
      <w:r>
        <w:t>lojm</w:t>
      </w:r>
      <w:proofErr w:type="spellEnd"/>
      <w:r>
        <w:t xml:space="preserve"> </w:t>
      </w:r>
      <w:proofErr w:type="spellStart"/>
      <w:r>
        <w:t>hapësir</w:t>
      </w:r>
      <w:proofErr w:type="spellEnd"/>
      <w:r>
        <w:t xml:space="preserve"> </w:t>
      </w:r>
      <w:proofErr w:type="spellStart"/>
      <w:r>
        <w:t>edhe</w:t>
      </w:r>
      <w:proofErr w:type="spellEnd"/>
      <w:r>
        <w:t xml:space="preserve"> </w:t>
      </w:r>
      <w:proofErr w:type="spellStart"/>
      <w:r>
        <w:t>tjerve</w:t>
      </w:r>
      <w:proofErr w:type="spellEnd"/>
      <w:r>
        <w:t>.</w:t>
      </w:r>
      <w:r w:rsidR="00DD3199">
        <w:t xml:space="preserve"> </w:t>
      </w:r>
    </w:p>
    <w:p w14:paraId="2B065341" w14:textId="77777777" w:rsidR="00C40EB3" w:rsidRDefault="00C40EB3"/>
    <w:p w14:paraId="2CB4AEDE" w14:textId="77777777" w:rsidR="00C40EB3" w:rsidRDefault="00C156F5">
      <w:r>
        <w:rPr>
          <w:b/>
        </w:rPr>
        <w:t xml:space="preserve">Mustaf </w:t>
      </w:r>
      <w:proofErr w:type="spellStart"/>
      <w:r>
        <w:rPr>
          <w:b/>
        </w:rPr>
        <w:t>Korenica</w:t>
      </w:r>
      <w:proofErr w:type="spellEnd"/>
      <w:r>
        <w:rPr>
          <w:b/>
        </w:rPr>
        <w:t xml:space="preserve">: </w:t>
      </w:r>
      <w:r w:rsidR="00DD3199">
        <w:t xml:space="preserve">Si </w:t>
      </w:r>
      <w:proofErr w:type="spellStart"/>
      <w:r w:rsidR="00DD3199">
        <w:t>çohet</w:t>
      </w:r>
      <w:proofErr w:type="spellEnd"/>
      <w:r w:rsidR="00DD3199">
        <w:t xml:space="preserve"> </w:t>
      </w:r>
      <w:proofErr w:type="spellStart"/>
      <w:r w:rsidR="00DD3199">
        <w:t>tash</w:t>
      </w:r>
      <w:proofErr w:type="spellEnd"/>
      <w:r w:rsidR="00DD3199">
        <w:t>? Me këtë qartësi për të gjitha ato që janë prezent. Suadi është njohës i mirë i fushës vet edhe ekspert i merituar i komunës së Rahovecit. Së bashku edhe ju për punën e juaj jeni ekspert të fushës së caktuar. S'kisha pas dëshirë me dëgju këpricë mes veti. Jo ki të drejtë, jo s'ke të drejtë. Ne jemi këtu për të debatuar, me gjetë zgjidhje të qëshme të mundshme për këtë vend. Debatet e këtilla vazhdojnë që drejtori aktual i urbanizmit e cakton një drekë të mirë. Ja u qet, bashkë me neve kishim hamër edhe tani vazhdojmë bisedën. Tash du me dalë diku tjetër. Pyetje konkrete. Ndoshta unë nuk jam inxhinier i ndërtimtarisë, po jam inxhinier i fushës tjetër. P plus gjashtë. Pyetje kështu e thjeshtë konkrete si e parashihni P plus gjashtë si etazh? P-n, për lokalizimin si etažë banues apo P plus gjashtë të tjerat. Kjo kishte qenë ajo që më ka interesu që fillimit, këshkum. Tjetër pyetje për drejtorin të plani zhvillimor, na ka rënë në dorë qysh edhe më herët kur është përpilua, është punu nga ata, po me kalimin e kohës tani dalin ide të reja, plotësime, ne si qytetarë të këtij vendit, janë bollshime sigurisht. Pyetja ime e konkrete, kam kërkuar edhe pyetje të tjera këtu që janë punonjësit e komunës, më intereson, komuna ka paraparë ndonjë shëtitore të veçantë si projekt ekzistues për komunën e Rahovecit për neve kur bo, kur të vidhnë në pension apo tjerat, tjerat mos folim më shumë. Kish qenë mirë, kish qenë mirë nëse s'është punu me e përfshi edhe ng, edhe atë, atë pjesë të projektit në, në këtë pjesë që tani bëhen kërkesa. Ne si shoqata ju kemi përgatit me shkrim ato ndryshime dhe mundësitë që si të them ndryshimet apo ide që kanë dalë prej bizneseve, sigurisht që do t'ju adresojmë në mënyrë zyrtare komunës. Për më tutje edhe një lutje konkrete për drejtorin edhe kryetarit të komunës, që lu-- kërkesa jonë të gjejë mirëkuptim edhe pa ndonjë ndikim personal për dikë që mendon ndryshe si ne, kërkoj që prej qendrës edhe te rreth rrotullimi i Rahovecit të lejohet mundësia sa më shumë etaże të bëhen edhe në këtë drejtim do e marrim, frymëmarrim si qytet shumë ndryshe siç, qysh që na po i marrim tani. Faleminderit! S'du me zgjat më shumë. Takimet e rradhës sigurisht që do të jem prezent. Faleminderit!</w:t>
      </w:r>
    </w:p>
    <w:p w14:paraId="2AA554B7" w14:textId="77777777" w:rsidR="00C40EB3" w:rsidRDefault="00C40EB3"/>
    <w:p w14:paraId="23AFB0B2" w14:textId="77777777" w:rsidR="00C40EB3" w:rsidRDefault="00C156F5">
      <w:r>
        <w:rPr>
          <w:b/>
        </w:rPr>
        <w:t xml:space="preserve">Albnor Mullabazi: </w:t>
      </w:r>
      <w:proofErr w:type="spellStart"/>
      <w:r w:rsidR="00DD3199">
        <w:t>Janë</w:t>
      </w:r>
      <w:proofErr w:type="spellEnd"/>
      <w:r w:rsidR="00DD3199">
        <w:t xml:space="preserve"> </w:t>
      </w:r>
      <w:proofErr w:type="spellStart"/>
      <w:r w:rsidR="00DD3199">
        <w:t>paraparë</w:t>
      </w:r>
      <w:proofErr w:type="spellEnd"/>
      <w:r w:rsidR="00DD3199">
        <w:t xml:space="preserve"> </w:t>
      </w:r>
      <w:proofErr w:type="spellStart"/>
      <w:r w:rsidR="00DD3199">
        <w:t>sht</w:t>
      </w:r>
      <w:r>
        <w:t>igjet</w:t>
      </w:r>
      <w:proofErr w:type="spellEnd"/>
      <w:r>
        <w:t xml:space="preserve"> e </w:t>
      </w:r>
      <w:proofErr w:type="spellStart"/>
      <w:r>
        <w:t>ecjes</w:t>
      </w:r>
      <w:proofErr w:type="spellEnd"/>
      <w:r>
        <w:t xml:space="preserve">, </w:t>
      </w:r>
      <w:proofErr w:type="spellStart"/>
      <w:r>
        <w:t>shetitoret</w:t>
      </w:r>
      <w:proofErr w:type="spellEnd"/>
      <w:r>
        <w:t xml:space="preserve"> ne PZHK-</w:t>
      </w:r>
      <w:proofErr w:type="gramStart"/>
      <w:r>
        <w:t xml:space="preserve">ë, </w:t>
      </w:r>
      <w:r w:rsidR="00DD3199">
        <w:t xml:space="preserve"> </w:t>
      </w:r>
      <w:proofErr w:type="spellStart"/>
      <w:r w:rsidR="00DD3199">
        <w:t>janë</w:t>
      </w:r>
      <w:proofErr w:type="spellEnd"/>
      <w:proofErr w:type="gramEnd"/>
      <w:r w:rsidR="00DD3199">
        <w:t xml:space="preserve"> </w:t>
      </w:r>
      <w:proofErr w:type="spellStart"/>
      <w:r w:rsidR="00DD3199">
        <w:t>të</w:t>
      </w:r>
      <w:proofErr w:type="spellEnd"/>
      <w:r w:rsidR="00DD3199">
        <w:t xml:space="preserve"> </w:t>
      </w:r>
      <w:proofErr w:type="spellStart"/>
      <w:r w:rsidR="00DD3199">
        <w:t>parapara</w:t>
      </w:r>
      <w:proofErr w:type="spellEnd"/>
      <w:r w:rsidR="00DD3199">
        <w:t xml:space="preserve"> me </w:t>
      </w:r>
      <w:proofErr w:type="spellStart"/>
      <w:r w:rsidR="00DD3199">
        <w:t>sa</w:t>
      </w:r>
      <w:proofErr w:type="spellEnd"/>
      <w:r w:rsidR="00DD3199">
        <w:t xml:space="preserve"> </w:t>
      </w:r>
      <w:proofErr w:type="spellStart"/>
      <w:r w:rsidR="00DD3199">
        <w:t>i</w:t>
      </w:r>
      <w:proofErr w:type="spellEnd"/>
      <w:r w:rsidR="00DD3199">
        <w:t xml:space="preserve"> </w:t>
      </w:r>
      <w:proofErr w:type="spellStart"/>
      <w:r w:rsidR="00DD3199">
        <w:t>përket</w:t>
      </w:r>
      <w:proofErr w:type="spellEnd"/>
      <w:r w:rsidR="00DD3199">
        <w:t xml:space="preserve"> </w:t>
      </w:r>
      <w:proofErr w:type="spellStart"/>
      <w:r w:rsidR="00DD3199">
        <w:t>eta</w:t>
      </w:r>
      <w:r>
        <w:t>zh</w:t>
      </w:r>
      <w:r w:rsidR="00DD3199">
        <w:t>itetit</w:t>
      </w:r>
      <w:proofErr w:type="spellEnd"/>
      <w:r w:rsidR="00DD3199">
        <w:t xml:space="preserve"> </w:t>
      </w:r>
      <w:proofErr w:type="spellStart"/>
      <w:r w:rsidR="00DD3199">
        <w:t>të</w:t>
      </w:r>
      <w:proofErr w:type="spellEnd"/>
      <w:r w:rsidR="00DD3199">
        <w:t xml:space="preserve"> </w:t>
      </w:r>
      <w:proofErr w:type="spellStart"/>
      <w:r w:rsidR="00DD3199">
        <w:t>rrugës</w:t>
      </w:r>
      <w:proofErr w:type="spellEnd"/>
      <w:r w:rsidR="00DD3199">
        <w:t xml:space="preserve"> UÇK-</w:t>
      </w:r>
      <w:proofErr w:type="spellStart"/>
      <w:r w:rsidR="00DD3199">
        <w:t>së</w:t>
      </w:r>
      <w:proofErr w:type="spellEnd"/>
      <w:r w:rsidR="00DD3199">
        <w:t xml:space="preserve">. Thjesht bashkëni bëni kërkesën, e trajton komisioni kërkesën e juaj e aprovon. Te pjesa e hyrjes, e hapjes që e bëra të shqyrtimit publik, unë e ceka me qëllim që mas me u diskutun pjesën e shfrytëzimit të tokës. Askush nuk e ndal kërkon </w:t>
      </w:r>
      <w:proofErr w:type="spellStart"/>
      <w:r w:rsidR="00DD3199">
        <w:t>që</w:t>
      </w:r>
      <w:proofErr w:type="spellEnd"/>
      <w:r w:rsidR="00DD3199">
        <w:t xml:space="preserve"> me u </w:t>
      </w:r>
      <w:proofErr w:type="spellStart"/>
      <w:r w:rsidR="00DD3199">
        <w:t>drejtu</w:t>
      </w:r>
      <w:proofErr w:type="spellEnd"/>
      <w:r w:rsidR="00DD3199">
        <w:t xml:space="preserve"> me </w:t>
      </w:r>
      <w:proofErr w:type="spellStart"/>
      <w:r w:rsidR="00DD3199">
        <w:t>kërkesë</w:t>
      </w:r>
      <w:proofErr w:type="spellEnd"/>
      <w:r w:rsidR="00DD3199">
        <w:t xml:space="preserve">. Është komisioni, është baza ligjore, argumentoje bazën ligjore, e aprovon kërkush, po thjesht diskutimin sot nuk deshta me e </w:t>
      </w:r>
      <w:r w:rsidR="00DD3199">
        <w:lastRenderedPageBreak/>
        <w:t xml:space="preserve">adresu në atë pjesë të shfrytëzimit të tokës. Deshta me shfrytëzu një pjesë tjetër të hartës zonale sa i përket shfrytëzimit të tokës, kushdo që është adresu në komunë, kushdo që më ka </w:t>
      </w:r>
      <w:proofErr w:type="spellStart"/>
      <w:r w:rsidR="00DD3199">
        <w:t>pyetur</w:t>
      </w:r>
      <w:proofErr w:type="spellEnd"/>
      <w:r w:rsidR="00DD3199">
        <w:t xml:space="preserve"> </w:t>
      </w:r>
      <w:proofErr w:type="spellStart"/>
      <w:r w:rsidR="00DD3199">
        <w:t>kam</w:t>
      </w:r>
      <w:proofErr w:type="spellEnd"/>
      <w:r w:rsidR="00DD3199">
        <w:t xml:space="preserve"> </w:t>
      </w:r>
      <w:proofErr w:type="spellStart"/>
      <w:r w:rsidR="00DD3199">
        <w:t>thënë</w:t>
      </w:r>
      <w:proofErr w:type="spellEnd"/>
      <w:r w:rsidR="00DD3199">
        <w:t xml:space="preserve">, </w:t>
      </w:r>
      <w:proofErr w:type="spellStart"/>
      <w:r w:rsidR="00DD3199">
        <w:t>argumentoje</w:t>
      </w:r>
      <w:proofErr w:type="spellEnd"/>
      <w:r w:rsidR="00DD3199">
        <w:t xml:space="preserve"> me </w:t>
      </w:r>
      <w:proofErr w:type="spellStart"/>
      <w:r w:rsidR="00DD3199">
        <w:t>shkrim</w:t>
      </w:r>
      <w:proofErr w:type="spellEnd"/>
      <w:r>
        <w:t xml:space="preserve"> </w:t>
      </w:r>
      <w:proofErr w:type="spellStart"/>
      <w:r>
        <w:t>bjere</w:t>
      </w:r>
      <w:proofErr w:type="spellEnd"/>
      <w:r>
        <w:t xml:space="preserve"> </w:t>
      </w:r>
      <w:proofErr w:type="spellStart"/>
      <w:r>
        <w:t>në</w:t>
      </w:r>
      <w:proofErr w:type="spellEnd"/>
      <w:r>
        <w:t xml:space="preserve"> </w:t>
      </w:r>
      <w:proofErr w:type="spellStart"/>
      <w:r w:rsidR="00DD3199">
        <w:t>urbanizëm</w:t>
      </w:r>
      <w:proofErr w:type="spellEnd"/>
      <w:r w:rsidR="00DD3199">
        <w:t xml:space="preserve"> </w:t>
      </w:r>
      <w:proofErr w:type="spellStart"/>
      <w:r w:rsidR="00DD3199">
        <w:t>është</w:t>
      </w:r>
      <w:proofErr w:type="spellEnd"/>
      <w:r w:rsidR="00DD3199">
        <w:t xml:space="preserve"> </w:t>
      </w:r>
      <w:proofErr w:type="spellStart"/>
      <w:r w:rsidR="00DD3199">
        <w:t>komisioni</w:t>
      </w:r>
      <w:proofErr w:type="spellEnd"/>
      <w:r w:rsidR="00DD3199">
        <w:t xml:space="preserve"> </w:t>
      </w:r>
      <w:proofErr w:type="spellStart"/>
      <w:r w:rsidR="00DD3199">
        <w:t>i</w:t>
      </w:r>
      <w:proofErr w:type="spellEnd"/>
      <w:r w:rsidR="00DD3199">
        <w:t xml:space="preserve"> </w:t>
      </w:r>
      <w:proofErr w:type="spellStart"/>
      <w:r w:rsidR="00DD3199">
        <w:t>cili</w:t>
      </w:r>
      <w:proofErr w:type="spellEnd"/>
      <w:r w:rsidR="00DD3199">
        <w:t xml:space="preserve"> e trajton. Unë nuk jam dash me u hak kohën e diskutimit, shqyrtimit publik me shfrytëzimin e tokës. Askush nuk mund me ndalu kërkon. Argumentoje me ligj, bëre kërkesën, është komisioni në bazë të ligjit që ka me kthy përgjigje. Nëse keni ndonjë përgjigje...</w:t>
      </w:r>
    </w:p>
    <w:p w14:paraId="261A69B1" w14:textId="77777777" w:rsidR="00C40EB3" w:rsidRDefault="00C40EB3"/>
    <w:p w14:paraId="5E557AA6" w14:textId="77777777" w:rsidR="00C40EB3" w:rsidRDefault="00C40EB3"/>
    <w:p w14:paraId="104F19DC" w14:textId="77777777" w:rsidR="00C40EB3" w:rsidRDefault="00C156F5">
      <w:proofErr w:type="spellStart"/>
      <w:r>
        <w:rPr>
          <w:b/>
        </w:rPr>
        <w:t>Ismajl</w:t>
      </w:r>
      <w:proofErr w:type="spellEnd"/>
      <w:r>
        <w:rPr>
          <w:b/>
        </w:rPr>
        <w:t xml:space="preserve"> </w:t>
      </w:r>
      <w:proofErr w:type="spellStart"/>
      <w:r>
        <w:rPr>
          <w:b/>
        </w:rPr>
        <w:t>Baftjari</w:t>
      </w:r>
      <w:proofErr w:type="spellEnd"/>
      <w:r>
        <w:rPr>
          <w:b/>
        </w:rPr>
        <w:t xml:space="preserve">: </w:t>
      </w:r>
      <w:proofErr w:type="spellStart"/>
      <w:r w:rsidR="00DD3199">
        <w:t>Vetëm</w:t>
      </w:r>
      <w:proofErr w:type="spellEnd"/>
      <w:r w:rsidR="00DD3199">
        <w:t xml:space="preserve"> </w:t>
      </w:r>
      <w:proofErr w:type="spellStart"/>
      <w:r w:rsidR="00DD3199">
        <w:t>pyetje</w:t>
      </w:r>
      <w:proofErr w:type="spellEnd"/>
      <w:r w:rsidR="00DD3199">
        <w:t xml:space="preserve"> </w:t>
      </w:r>
      <w:proofErr w:type="spellStart"/>
      <w:r w:rsidR="00DD3199">
        <w:t>që</w:t>
      </w:r>
      <w:proofErr w:type="spellEnd"/>
      <w:r w:rsidR="00DD3199">
        <w:t xml:space="preserve"> e </w:t>
      </w:r>
      <w:proofErr w:type="spellStart"/>
      <w:r w:rsidR="00DD3199">
        <w:t>bëni</w:t>
      </w:r>
      <w:proofErr w:type="spellEnd"/>
      <w:r w:rsidR="00DD3199">
        <w:t xml:space="preserve"> </w:t>
      </w:r>
      <w:proofErr w:type="spellStart"/>
      <w:r w:rsidR="00DD3199">
        <w:t>për</w:t>
      </w:r>
      <w:proofErr w:type="spellEnd"/>
      <w:r w:rsidR="00DD3199">
        <w:t xml:space="preserve"> P plus gjashtë është për dhjetë edhe gjashtë etaże për shkak të birësisë së terrenit në komunën e Ravo-- në qytetin e Rahovecit. Mund me u përdorë ndoshta edhe në edhe dy su terrena e pëdruma që çuan ata që janë për shkak të birësisë së terrenit. Po sidoqoftë tjetër unë ju kisha lut, kudo që keni vrejtje të tilla, sut e rruga UÇK-së që u tha ose vende të tjera, bëni kërkesa me shkrim. Eventualisht nëse organizoni një peticion qytetarëve që thotë duhemi P plus tetë ose formate të tilla, nëse është menda, që hyjnë menda normave teknike të komisionit unë jam i bindur se ka me thanë pozitiv, se ajo hyn menda domainit të hartës zonale. Thjesht harta zonale i trajton, i trajtojnë kushtet edhe, edhe në këtë funksion. Domethënë, gjithçka çka është menda këtij domaini, thjesht, ee, ekipa, komisioni ka me i vlerësu edhe, edhe ka me u kan me ju e ka me ju kthy përgjigje me shkrim në format. Edhe nëse jeni pak të pakënaqur në qasë përgjigje me shkrim, është shkalla e dytë që është Ministria e Mjedisit dhe Planifikimit Hapësor që mund me adresuhen njëjta temë në ministri, me thanë verifikoni lutem në bazë të kornizës ligjore, normave këto, a na ka ba të drejtë trajtimin e drejtë a është trajtimin e padrejtë. Mirë ju kisha lut se ç'është me rëndësi, çkado që folim sot, çkado që diskutojmë, ndesh për këtë, ndesh për kët' a komunë tjetër, nuk është e vlefshme sa një letër që e keni shkru edhe keni protokollu edhe keni detyru komisionin disiplinor, komisionin e vlerësimit me, me dhënë përgjigje në çdo koment, sugjerim, vërejtje të juve. E nëse është peticioni është kategoria më e lartë që përgjigja kam me ju kthy edhe në, në shtëpitë e juve me, me shkrim.</w:t>
      </w:r>
    </w:p>
    <w:p w14:paraId="459FC172" w14:textId="77777777" w:rsidR="00C40EB3" w:rsidRDefault="00C40EB3"/>
    <w:p w14:paraId="1CCD18EB" w14:textId="77777777" w:rsidR="00C40EB3" w:rsidRDefault="00C156F5">
      <w:r>
        <w:rPr>
          <w:b/>
        </w:rPr>
        <w:t xml:space="preserve"> </w:t>
      </w:r>
      <w:proofErr w:type="spellStart"/>
      <w:r>
        <w:rPr>
          <w:b/>
        </w:rPr>
        <w:t>Sharku</w:t>
      </w:r>
      <w:proofErr w:type="spellEnd"/>
      <w:r>
        <w:rPr>
          <w:b/>
        </w:rPr>
        <w:t xml:space="preserve">: </w:t>
      </w:r>
      <w:r w:rsidR="00DD3199">
        <w:t xml:space="preserve">Po. A, harta, propozimi i hartës zonale së re ka propozuar që lagjia jonë... Ah, po, har-harta zonale, zonale e re ka propozuar që lagjia jonë, mbi policisë e më tej, të përfshihet në zonën ZB6. ZB6 është zona me ndërtim më të lartë që mund të bëhet në komunën e Rahovecit, domethënë njëzet e katër metra lartësi. Ne e kemi na bërë një peticion, edhe pyetjet unë domethënë që i kam, nëse kjo zonë e propozuar apo zona të tjera të propozuara që janë me banim të ulët aprovohen në zonën ZB6, a kemi ne të drejtë në të ardhmen me ndërtu shtëpia? Kjo domethënë duhet me u kan e shqyrtu me... A të bëj pyetjet që i kam? Domethënë, a do na me pasë të drejtë në të ardhmen me ndërtu diçka në atë zonë, domethënë në lagjen tonë? Edhe pyetja e dytë, sa mirë e kem parasysh, për shembull ne e kemi bo peticionin, shtatëdhjetë e pesë për qind e kësaj lagjeje është kundër një ndërtimi. I kemi dhënë arsyet pse, domethënë kjo është rruga kryesore edhe është e sëngërkuar me policinë, me A komunën, shkollën, institucionet publike, kështu që ne besojmë që na nuk </w:t>
      </w:r>
      <w:r w:rsidR="00DD3199">
        <w:lastRenderedPageBreak/>
        <w:t>jena kapacitet me i pranue shtatëdhjetë deri tëtë e pesë banesat të tri-- të tjerat që është e lejueme për kët një hektar. Se kjo lagje e propozueme, domethënë, është egze-- një hektar për momentin, domethënë, unë nuk-- neve nuk po na doke që lagjja ka kapacitet me pranue banorë të rinj.</w:t>
      </w:r>
    </w:p>
    <w:p w14:paraId="0341B56F" w14:textId="77777777" w:rsidR="00C40EB3" w:rsidRDefault="00C40EB3"/>
    <w:p w14:paraId="0ADA106F" w14:textId="77777777" w:rsidR="00C40EB3" w:rsidRDefault="00C156F5">
      <w:proofErr w:type="spellStart"/>
      <w:r>
        <w:rPr>
          <w:b/>
        </w:rPr>
        <w:t>Ismajl</w:t>
      </w:r>
      <w:proofErr w:type="spellEnd"/>
      <w:r>
        <w:rPr>
          <w:b/>
        </w:rPr>
        <w:t xml:space="preserve"> </w:t>
      </w:r>
      <w:proofErr w:type="spellStart"/>
      <w:r>
        <w:rPr>
          <w:b/>
        </w:rPr>
        <w:t>Baftjari</w:t>
      </w:r>
      <w:proofErr w:type="spellEnd"/>
      <w:r>
        <w:rPr>
          <w:b/>
        </w:rPr>
        <w:t xml:space="preserve">: </w:t>
      </w:r>
      <w:r w:rsidR="00DD3199">
        <w:t xml:space="preserve">OK, </w:t>
      </w:r>
      <w:proofErr w:type="spellStart"/>
      <w:r w:rsidR="00DD3199">
        <w:t>realisht</w:t>
      </w:r>
      <w:proofErr w:type="spellEnd"/>
      <w:r w:rsidR="00DD3199">
        <w:t xml:space="preserve">, </w:t>
      </w:r>
      <w:proofErr w:type="spellStart"/>
      <w:r w:rsidR="00DD3199">
        <w:t>sikur</w:t>
      </w:r>
      <w:proofErr w:type="spellEnd"/>
      <w:r w:rsidR="00DD3199">
        <w:t xml:space="preserve"> e </w:t>
      </w:r>
      <w:proofErr w:type="spellStart"/>
      <w:r w:rsidR="00DD3199">
        <w:t>thamë</w:t>
      </w:r>
      <w:proofErr w:type="spellEnd"/>
      <w:r w:rsidR="00DD3199">
        <w:t xml:space="preserve"> </w:t>
      </w:r>
      <w:proofErr w:type="spellStart"/>
      <w:r w:rsidR="00DD3199">
        <w:t>edhe</w:t>
      </w:r>
      <w:proofErr w:type="spellEnd"/>
      <w:r w:rsidR="00DD3199">
        <w:t xml:space="preserve"> për doktorin, domethënë, me rëndësi është që e keni, e keni pa peticionin edhe e keni shkru peticionin. I takon Komisionit Vlerësus me bo vlerësimin e-e, e zhvillimit juv. Nëse Komisioni Vlerësus e sheh si mundësi, me siguri se e thotë pozitivt. Nëse nuk e shef si mundësi, atëhere realisht situata komplikohet nëse ju keni interes vetëm për banim individual, se nëse në hartë zonale ka no-- ka lan si banim kolektiv edhe aprovohet në Kuvend Komunal, po ju garantoj që keni m'kanë detyru me ndërtu veç banim kolektiv. Nuk keni m'kanë mu-- nuk është e mundur me ndërtu bani-- shtëpi individuale në zona ku jan destinueme për banim kolektiv. Ju mundeni me jetu me shtëpi aty sa të doni, kush ka me ju prek, po qat moment që bëni një kërkesë për një zhvillim të ri, zhvillimi i ri ka me u nënshtrue rregullave të reja që jan t'aprovu me në Kuvend Komunal e që i vjen banim kolektiv. Për ato, mirë që keni ba peticionin edhe pritni përgjigjen te Komisioni Disiplinor-- Disiplinor që të ju them, Komisionit Vlerësus. Nëse Komisioni Vlerësus nuk jep-- nuk ju jep përgjigje pozitive, atëherë ju keni shkallën e dytë, e keni Ministrinë në komunë mo, mo, mo, mo, mo u drejtu. Nëse s'kem tjerë... Nëse s'kem pyetje tjera, unë ju kisha... Aj do-- pastaj do t'gjithë. Shkon ona.</w:t>
      </w:r>
    </w:p>
    <w:p w14:paraId="6AB53323" w14:textId="77777777" w:rsidR="00C40EB3" w:rsidRDefault="00C40EB3"/>
    <w:p w14:paraId="4477BB1E" w14:textId="77777777" w:rsidR="00C40EB3" w:rsidRDefault="00C156F5">
      <w:proofErr w:type="spellStart"/>
      <w:r>
        <w:rPr>
          <w:b/>
        </w:rPr>
        <w:t>Kujtim</w:t>
      </w:r>
      <w:proofErr w:type="spellEnd"/>
      <w:r>
        <w:rPr>
          <w:b/>
        </w:rPr>
        <w:t xml:space="preserve"> </w:t>
      </w:r>
      <w:proofErr w:type="spellStart"/>
      <w:r>
        <w:rPr>
          <w:b/>
        </w:rPr>
        <w:t>Popaj</w:t>
      </w:r>
      <w:proofErr w:type="spellEnd"/>
      <w:r>
        <w:rPr>
          <w:b/>
        </w:rPr>
        <w:t xml:space="preserve">: </w:t>
      </w:r>
      <w:proofErr w:type="spellStart"/>
      <w:r w:rsidR="00DD3199">
        <w:t>Ndonëse</w:t>
      </w:r>
      <w:proofErr w:type="spellEnd"/>
      <w:r w:rsidR="00DD3199">
        <w:t xml:space="preserve">... Ndoshta me ju drejtu vetëm juve, jo kompanisë që e ka kry këtë punën e vet. E </w:t>
      </w:r>
      <w:proofErr w:type="spellStart"/>
      <w:r w:rsidR="00DD3199">
        <w:t>dimë</w:t>
      </w:r>
      <w:proofErr w:type="spellEnd"/>
      <w:r w:rsidR="00DD3199">
        <w:t xml:space="preserve"> </w:t>
      </w:r>
      <w:proofErr w:type="spellStart"/>
      <w:r w:rsidR="00DD3199">
        <w:t>që</w:t>
      </w:r>
      <w:proofErr w:type="spellEnd"/>
      <w:r w:rsidR="00DD3199">
        <w:t xml:space="preserve"> </w:t>
      </w:r>
      <w:proofErr w:type="spellStart"/>
      <w:r w:rsidR="00DD3199">
        <w:t>çdo</w:t>
      </w:r>
      <w:proofErr w:type="spellEnd"/>
      <w:r w:rsidR="00DD3199">
        <w:t xml:space="preserve"> </w:t>
      </w:r>
      <w:proofErr w:type="spellStart"/>
      <w:r w:rsidR="00DD3199">
        <w:t>koment</w:t>
      </w:r>
      <w:proofErr w:type="spellEnd"/>
      <w:r>
        <w:t xml:space="preserve"> </w:t>
      </w:r>
      <w:proofErr w:type="spellStart"/>
      <w:r w:rsidR="00DD3199">
        <w:t>çdo</w:t>
      </w:r>
      <w:proofErr w:type="spellEnd"/>
      <w:r w:rsidR="00DD3199">
        <w:t xml:space="preserve"> </w:t>
      </w:r>
      <w:proofErr w:type="spellStart"/>
      <w:r w:rsidR="00DD3199">
        <w:t>dokument</w:t>
      </w:r>
      <w:proofErr w:type="spellEnd"/>
      <w:r w:rsidR="00DD3199">
        <w:t xml:space="preserve"> </w:t>
      </w:r>
      <w:proofErr w:type="spellStart"/>
      <w:r w:rsidR="00DD3199">
        <w:t>nuk</w:t>
      </w:r>
      <w:proofErr w:type="spellEnd"/>
      <w:r w:rsidR="00DD3199">
        <w:t xml:space="preserve"> </w:t>
      </w:r>
      <w:proofErr w:type="spellStart"/>
      <w:r w:rsidR="00DD3199">
        <w:t>mun</w:t>
      </w:r>
      <w:proofErr w:type="spellEnd"/>
      <w:r w:rsidR="00DD3199">
        <w:t xml:space="preserve"> me qenë njëqind për qind i saktë, që m'i knaq apetitet ose interesat e qytetarëve, po besoj që është shumë i mirë, po është ka kërkoj unë me planin zhvillimor që hartuat. Pas kësaj, kjo është dokumenti i dytë që vije pas planit zhvillimor. Po është një periudhë shumë e gjate derisa po, po pregaditet një plan tjetër zhvillimor i komunës. A ka mundësi që komuna, në këtë rast ju tash po përfaqësoni komunën, po komuna, ekzekutivi, me kriju ni, ni komision të përhershëm që vazhdimisht qytetarët me pas mundësinë me ju adresu juve me kërkesat e veta, që së paku njëherë në gjashtë muaj ose në një vit të del para Kuvendit Komunal, sepse Kuvendi është i përhershëm, çdoherë është funksional, edhe jo të ndryshohet plotësisht, po t'i ndryshohen draftet që janë interes të qytetarit. Rast konkret, tash Kosova edhe Komuna e Rrovécit po ec me hapa shumë të shpejtë. Njerëzit kanë kontakte me, me botën e jashtme. Lind ni interes për me zhvillu, për me, për me ngritë ni, ni implant ose ni, ni, ni investitor vjen i madh. Na këtu kemi shumë investitorë që tash i kanë njerëzit pare, kanë-- jan interesu me ngritë qoftë ni, ni ndërtesë, qoftë ni fabrikë, qoftë ni vend për, për banime, kështu që t'ju jepet mundësia ti me mos pret pesë vite derisa të ndryshohet Plani Zhvillimor e mandej me ardhë me intervenu ktu ose me pa ça po del prej ati plani. Domethënë, se di </w:t>
      </w:r>
      <w:proofErr w:type="spellStart"/>
      <w:r w:rsidR="00DD3199">
        <w:t>sa</w:t>
      </w:r>
      <w:proofErr w:type="spellEnd"/>
      <w:r w:rsidR="00DD3199">
        <w:t xml:space="preserve"> jam </w:t>
      </w:r>
      <w:proofErr w:type="spellStart"/>
      <w:r w:rsidR="00DD3199">
        <w:t>i</w:t>
      </w:r>
      <w:proofErr w:type="spellEnd"/>
      <w:r w:rsidR="00DD3199">
        <w:t xml:space="preserve"> </w:t>
      </w:r>
      <w:proofErr w:type="spellStart"/>
      <w:r w:rsidR="00DD3199">
        <w:t>qartë</w:t>
      </w:r>
      <w:proofErr w:type="spellEnd"/>
      <w:r w:rsidR="00DD3199">
        <w:t xml:space="preserve"> </w:t>
      </w:r>
      <w:proofErr w:type="spellStart"/>
      <w:r w:rsidR="00DD3199">
        <w:t>edhe</w:t>
      </w:r>
      <w:proofErr w:type="spellEnd"/>
      <w:r w:rsidR="00DD3199">
        <w:t xml:space="preserve"> </w:t>
      </w:r>
      <w:proofErr w:type="spellStart"/>
      <w:r w:rsidR="00DD3199">
        <w:t>qytetarët</w:t>
      </w:r>
      <w:proofErr w:type="spellEnd"/>
      <w:r w:rsidR="00DD3199">
        <w:t>...</w:t>
      </w:r>
      <w:r>
        <w:t xml:space="preserve">  </w:t>
      </w:r>
      <w:proofErr w:type="spellStart"/>
      <w:r w:rsidR="00DD3199">
        <w:t>Së</w:t>
      </w:r>
      <w:proofErr w:type="spellEnd"/>
      <w:r w:rsidR="00DD3199">
        <w:t xml:space="preserve"> </w:t>
      </w:r>
      <w:proofErr w:type="spellStart"/>
      <w:r w:rsidR="00DD3199">
        <w:t>paku</w:t>
      </w:r>
      <w:proofErr w:type="spellEnd"/>
      <w:r w:rsidR="00DD3199">
        <w:t xml:space="preserve"> </w:t>
      </w:r>
      <w:proofErr w:type="spellStart"/>
      <w:r w:rsidR="00DD3199">
        <w:t>njëherë</w:t>
      </w:r>
      <w:proofErr w:type="spellEnd"/>
      <w:r w:rsidR="00DD3199">
        <w:t xml:space="preserve"> </w:t>
      </w:r>
      <w:proofErr w:type="spellStart"/>
      <w:r w:rsidR="00DD3199">
        <w:t>në</w:t>
      </w:r>
      <w:proofErr w:type="spellEnd"/>
      <w:r w:rsidR="00DD3199">
        <w:t xml:space="preserve"> vit të ndryshohet ndonjë draft, duke u bazu në interesa ose kërkesat qytetarëve. Faleminderit!</w:t>
      </w:r>
    </w:p>
    <w:p w14:paraId="405250A7" w14:textId="77777777" w:rsidR="00C40EB3" w:rsidRDefault="00C40EB3"/>
    <w:p w14:paraId="30ECFFF2" w14:textId="77777777" w:rsidR="00C156F5" w:rsidRDefault="00C156F5">
      <w:r>
        <w:rPr>
          <w:b/>
        </w:rPr>
        <w:t xml:space="preserve">Albnor Mullabazi: </w:t>
      </w:r>
      <w:r w:rsidR="00DD3199">
        <w:t xml:space="preserve">Sa </w:t>
      </w:r>
      <w:proofErr w:type="spellStart"/>
      <w:r w:rsidR="00DD3199">
        <w:t>i</w:t>
      </w:r>
      <w:proofErr w:type="spellEnd"/>
      <w:r w:rsidR="00DD3199">
        <w:t xml:space="preserve"> </w:t>
      </w:r>
      <w:proofErr w:type="spellStart"/>
      <w:r w:rsidR="00DD3199">
        <w:t>përket</w:t>
      </w:r>
      <w:proofErr w:type="spellEnd"/>
      <w:r w:rsidR="00DD3199">
        <w:t xml:space="preserve"> </w:t>
      </w:r>
      <w:proofErr w:type="spellStart"/>
      <w:r w:rsidR="00DD3199">
        <w:t>kësaj</w:t>
      </w:r>
      <w:proofErr w:type="spellEnd"/>
      <w:r w:rsidR="00DD3199">
        <w:t xml:space="preserve"> </w:t>
      </w:r>
      <w:proofErr w:type="spellStart"/>
      <w:r w:rsidR="00DD3199">
        <w:t>pjese</w:t>
      </w:r>
      <w:proofErr w:type="spellEnd"/>
      <w:r w:rsidR="00DD3199">
        <w:t xml:space="preserve"> kem tentu në Kuvend, nëse s'gaboj para dy vjetëve, që me e bo ndryshimin, me-- kemi arritë me vendim të Kuvendit është miratu, por kur ka shku në ministri është refuzu. Domethënë, Plani Zhvillimor është miratu në dy mijë e njëzet e tretën, sipas ligjeve që janë në fuqi, parasheh </w:t>
      </w:r>
      <w:proofErr w:type="spellStart"/>
      <w:r w:rsidR="00DD3199">
        <w:t>që</w:t>
      </w:r>
      <w:proofErr w:type="spellEnd"/>
      <w:r w:rsidR="00DD3199">
        <w:t xml:space="preserve"> pas </w:t>
      </w:r>
      <w:proofErr w:type="spellStart"/>
      <w:r w:rsidR="00DD3199">
        <w:t>pesë</w:t>
      </w:r>
      <w:proofErr w:type="spellEnd"/>
      <w:r w:rsidR="00DD3199">
        <w:t xml:space="preserve"> </w:t>
      </w:r>
      <w:proofErr w:type="spellStart"/>
      <w:r w:rsidR="00DD3199">
        <w:t>vjetëve</w:t>
      </w:r>
      <w:proofErr w:type="spellEnd"/>
      <w:r w:rsidR="00DD3199">
        <w:t xml:space="preserve"> u </w:t>
      </w:r>
      <w:proofErr w:type="spellStart"/>
      <w:r w:rsidR="00DD3199">
        <w:t>mundet</w:t>
      </w:r>
      <w:proofErr w:type="spellEnd"/>
      <w:r w:rsidR="00DD3199">
        <w:t xml:space="preserve"> </w:t>
      </w:r>
      <w:r>
        <w:t xml:space="preserve">me u </w:t>
      </w:r>
      <w:proofErr w:type="spellStart"/>
      <w:r>
        <w:t>ri</w:t>
      </w:r>
      <w:r w:rsidR="00DD3199">
        <w:t>shiku</w:t>
      </w:r>
      <w:proofErr w:type="spellEnd"/>
      <w:r w:rsidR="00DD3199">
        <w:t xml:space="preserve">. </w:t>
      </w:r>
      <w:r>
        <w:t>B</w:t>
      </w:r>
      <w:r w:rsidR="00DD3199">
        <w:t xml:space="preserve">renda </w:t>
      </w:r>
      <w:proofErr w:type="spellStart"/>
      <w:r w:rsidR="00DD3199">
        <w:t>qesaj</w:t>
      </w:r>
      <w:proofErr w:type="spellEnd"/>
      <w:r w:rsidR="00DD3199">
        <w:t xml:space="preserve"> </w:t>
      </w:r>
      <w:proofErr w:type="spellStart"/>
      <w:r w:rsidR="00DD3199">
        <w:t>periudhe</w:t>
      </w:r>
      <w:proofErr w:type="spellEnd"/>
      <w:r w:rsidR="00DD3199">
        <w:t xml:space="preserve">, </w:t>
      </w:r>
      <w:proofErr w:type="spellStart"/>
      <w:r w:rsidR="00DD3199">
        <w:t>bazë</w:t>
      </w:r>
      <w:proofErr w:type="spellEnd"/>
      <w:r w:rsidR="00DD3199">
        <w:t xml:space="preserve"> </w:t>
      </w:r>
      <w:proofErr w:type="spellStart"/>
      <w:r w:rsidR="00DD3199">
        <w:t>ligjeve</w:t>
      </w:r>
      <w:proofErr w:type="spellEnd"/>
      <w:r w:rsidR="00DD3199">
        <w:t xml:space="preserve"> që janë në fuqi, Kuvendit nuk i lejohet me e ndryshu. Po më thënë, nuk lejohet ndryshimi brenda Planit Zhvillimor. </w:t>
      </w:r>
    </w:p>
    <w:p w14:paraId="0F23A243" w14:textId="77777777" w:rsidR="006754D5" w:rsidRDefault="00DD3199">
      <w:proofErr w:type="spellStart"/>
      <w:r>
        <w:t>Vazhdojmë</w:t>
      </w:r>
      <w:proofErr w:type="spellEnd"/>
      <w:r>
        <w:t xml:space="preserve"> </w:t>
      </w:r>
      <w:proofErr w:type="spellStart"/>
      <w:r>
        <w:t>edhe</w:t>
      </w:r>
      <w:proofErr w:type="spellEnd"/>
      <w:r>
        <w:t xml:space="preserve"> me </w:t>
      </w:r>
      <w:proofErr w:type="spellStart"/>
      <w:proofErr w:type="gramStart"/>
      <w:r w:rsidR="00C156F5">
        <w:t>Haxhin</w:t>
      </w:r>
      <w:proofErr w:type="spellEnd"/>
      <w:r>
        <w:t xml:space="preserve"> </w:t>
      </w:r>
      <w:r w:rsidR="00C156F5">
        <w:t xml:space="preserve"> </w:t>
      </w:r>
      <w:proofErr w:type="spellStart"/>
      <w:r>
        <w:t>S'ka</w:t>
      </w:r>
      <w:proofErr w:type="spellEnd"/>
      <w:proofErr w:type="gramEnd"/>
      <w:r>
        <w:t xml:space="preserve"> </w:t>
      </w:r>
      <w:proofErr w:type="spellStart"/>
      <w:r>
        <w:t>të</w:t>
      </w:r>
      <w:proofErr w:type="spellEnd"/>
      <w:r>
        <w:t xml:space="preserve"> </w:t>
      </w:r>
      <w:proofErr w:type="spellStart"/>
      <w:r>
        <w:t>bëjë</w:t>
      </w:r>
      <w:proofErr w:type="spellEnd"/>
      <w:r>
        <w:t xml:space="preserve"> me dëshira as me qejfe. Këtu janë kompetencat të kryetarit të komunës, janë zyrtarët që janë të vendos në Urbanizëm e tjerë janë arkitektë dhe profesionistë të fushave që vendosen te çdo drejtori, e po mund të përfshihen edhe ekspertë të jashtëm. </w:t>
      </w:r>
      <w:proofErr w:type="spellStart"/>
      <w:proofErr w:type="gramStart"/>
      <w:r w:rsidR="006754D5">
        <w:t>Ë</w:t>
      </w:r>
      <w:r>
        <w:t>shtë</w:t>
      </w:r>
      <w:proofErr w:type="spellEnd"/>
      <w:r w:rsidR="006754D5">
        <w:t xml:space="preserve"> </w:t>
      </w:r>
      <w:r>
        <w:t xml:space="preserve"> n</w:t>
      </w:r>
      <w:proofErr w:type="gramEnd"/>
      <w:r>
        <w:t xml:space="preserve"> me </w:t>
      </w:r>
      <w:proofErr w:type="spellStart"/>
      <w:r>
        <w:t>vendim</w:t>
      </w:r>
      <w:proofErr w:type="spellEnd"/>
      <w:r>
        <w:t xml:space="preserve"> </w:t>
      </w:r>
      <w:proofErr w:type="spellStart"/>
      <w:r>
        <w:t>të</w:t>
      </w:r>
      <w:proofErr w:type="spellEnd"/>
      <w:r>
        <w:t xml:space="preserve"> </w:t>
      </w:r>
      <w:proofErr w:type="spellStart"/>
      <w:r>
        <w:t>kryetarit</w:t>
      </w:r>
      <w:proofErr w:type="spellEnd"/>
      <w:r>
        <w:t xml:space="preserve"> </w:t>
      </w:r>
      <w:proofErr w:type="spellStart"/>
      <w:r>
        <w:t>formohet</w:t>
      </w:r>
      <w:proofErr w:type="spellEnd"/>
      <w:r>
        <w:t xml:space="preserve"> </w:t>
      </w:r>
      <w:proofErr w:type="spellStart"/>
      <w:r>
        <w:t>komisioni</w:t>
      </w:r>
      <w:proofErr w:type="spellEnd"/>
      <w:r>
        <w:t xml:space="preserve">. Në Plan Zhvillimor e kemi pas, nëse nuk gaboj, njëmbëdhjetë, </w:t>
      </w:r>
      <w:proofErr w:type="spellStart"/>
      <w:r>
        <w:t>njëmbëdhjetë</w:t>
      </w:r>
      <w:proofErr w:type="spellEnd"/>
      <w:r>
        <w:t xml:space="preserve"> </w:t>
      </w:r>
      <w:proofErr w:type="spellStart"/>
      <w:r>
        <w:t>anëtarë</w:t>
      </w:r>
      <w:proofErr w:type="spellEnd"/>
      <w:r>
        <w:t xml:space="preserve"> </w:t>
      </w:r>
      <w:proofErr w:type="spellStart"/>
      <w:r>
        <w:t>i</w:t>
      </w:r>
      <w:proofErr w:type="spellEnd"/>
      <w:r>
        <w:t xml:space="preserve"> </w:t>
      </w:r>
      <w:proofErr w:type="spellStart"/>
      <w:r>
        <w:t>kemi</w:t>
      </w:r>
      <w:proofErr w:type="spellEnd"/>
      <w:r>
        <w:t xml:space="preserve"> pas </w:t>
      </w:r>
      <w:proofErr w:type="spellStart"/>
      <w:r>
        <w:t>në</w:t>
      </w:r>
      <w:proofErr w:type="spellEnd"/>
      <w:r>
        <w:t xml:space="preserve"> </w:t>
      </w:r>
      <w:proofErr w:type="spellStart"/>
      <w:r>
        <w:t>komision</w:t>
      </w:r>
      <w:proofErr w:type="spellEnd"/>
      <w:r w:rsidR="006754D5">
        <w:t>.</w:t>
      </w:r>
    </w:p>
    <w:p w14:paraId="6514926B" w14:textId="77777777" w:rsidR="00C40EB3" w:rsidRDefault="006754D5">
      <w:proofErr w:type="spellStart"/>
      <w:r>
        <w:t>Ismajl</w:t>
      </w:r>
      <w:proofErr w:type="spellEnd"/>
      <w:r>
        <w:t xml:space="preserve"> </w:t>
      </w:r>
      <w:proofErr w:type="spellStart"/>
      <w:r>
        <w:t>Baftjari</w:t>
      </w:r>
      <w:proofErr w:type="spellEnd"/>
      <w:r>
        <w:t xml:space="preserve">: </w:t>
      </w:r>
      <w:proofErr w:type="spellStart"/>
      <w:r w:rsidR="00DD3199">
        <w:t>Atëhere</w:t>
      </w:r>
      <w:proofErr w:type="spellEnd"/>
      <w:r w:rsidR="00DD3199">
        <w:t xml:space="preserve"> </w:t>
      </w:r>
      <w:proofErr w:type="spellStart"/>
      <w:r w:rsidR="00DD3199">
        <w:t>pikërisht</w:t>
      </w:r>
      <w:proofErr w:type="spellEnd"/>
      <w:r w:rsidR="00DD3199">
        <w:t xml:space="preserve"> </w:t>
      </w:r>
      <w:proofErr w:type="spellStart"/>
      <w:r w:rsidR="00DD3199">
        <w:t>për</w:t>
      </w:r>
      <w:proofErr w:type="spellEnd"/>
      <w:r w:rsidR="00DD3199">
        <w:t xml:space="preserve"> </w:t>
      </w:r>
      <w:proofErr w:type="spellStart"/>
      <w:r w:rsidR="00DD3199">
        <w:t>këto</w:t>
      </w:r>
      <w:proofErr w:type="spellEnd"/>
      <w:r w:rsidR="00DD3199">
        <w:t xml:space="preserve"> </w:t>
      </w:r>
      <w:proofErr w:type="spellStart"/>
      <w:r w:rsidR="00DD3199">
        <w:t>interesa</w:t>
      </w:r>
      <w:proofErr w:type="spellEnd"/>
      <w:r w:rsidR="00DD3199">
        <w:t xml:space="preserve"> </w:t>
      </w:r>
      <w:proofErr w:type="spellStart"/>
      <w:r w:rsidR="00DD3199">
        <w:t>që</w:t>
      </w:r>
      <w:proofErr w:type="spellEnd"/>
      <w:r w:rsidR="00DD3199">
        <w:t xml:space="preserve"> pi thua, pikërisht për, për shkak të interesave që pi përmend, domethënë ideja ka qenë e ligjit që nuk ka ekspertë të jashtëm të hartës zonale. Ka vetëm të komunës edhe të kompanisë që e harton dokumentin. Kështu që komisioni ka u përbërë prej njerëzve që punojnë në komunë, normal arkitektë, urbanistë të komunës e inxhiniera e përmbajtje të tjera edhe prej kompanisë që është kontraktu me, me hartu këtë hartë zonale, që në këtë rast është INSI.</w:t>
      </w:r>
    </w:p>
    <w:p w14:paraId="614207E8" w14:textId="77777777" w:rsidR="00C40EB3" w:rsidRDefault="00C40EB3"/>
    <w:p w14:paraId="3D3644D8" w14:textId="77777777" w:rsidR="00C40EB3" w:rsidRDefault="006754D5">
      <w:r>
        <w:t xml:space="preserve">Albnor Mullabazi: </w:t>
      </w:r>
      <w:proofErr w:type="spellStart"/>
      <w:r w:rsidR="00DD3199">
        <w:t>Nëse</w:t>
      </w:r>
      <w:proofErr w:type="spellEnd"/>
      <w:r w:rsidR="00DD3199">
        <w:t xml:space="preserve"> </w:t>
      </w:r>
      <w:proofErr w:type="spellStart"/>
      <w:r w:rsidR="00DD3199">
        <w:t>nuk</w:t>
      </w:r>
      <w:proofErr w:type="spellEnd"/>
      <w:r w:rsidR="00DD3199">
        <w:t xml:space="preserve"> </w:t>
      </w:r>
      <w:proofErr w:type="spellStart"/>
      <w:r w:rsidR="00DD3199">
        <w:t>kem</w:t>
      </w:r>
      <w:proofErr w:type="spellEnd"/>
      <w:r w:rsidR="00DD3199">
        <w:t xml:space="preserve"> </w:t>
      </w:r>
      <w:proofErr w:type="spellStart"/>
      <w:r w:rsidR="00DD3199">
        <w:t>pyetje</w:t>
      </w:r>
      <w:proofErr w:type="spellEnd"/>
      <w:r w:rsidR="00DD3199">
        <w:t xml:space="preserve"> të tjera, unë ju falenderoj shumë dhe ju lut që brenda këtyre katër ditëve adresoni krejt komentet që keni me shkrim. Pavarësisht çfarë përmbajtje të kanë, adresoni komentet. Gjashtëdhjetë e shtatë </w:t>
      </w:r>
      <w:proofErr w:type="spellStart"/>
      <w:r w:rsidR="00DD3199">
        <w:t>ditëve</w:t>
      </w:r>
      <w:proofErr w:type="spellEnd"/>
      <w:r w:rsidR="00DD3199">
        <w:t xml:space="preserve"> </w:t>
      </w:r>
      <w:proofErr w:type="spellStart"/>
      <w:r w:rsidR="00DD3199">
        <w:t>mund</w:t>
      </w:r>
      <w:proofErr w:type="spellEnd"/>
      <w:r w:rsidR="00DD3199">
        <w:t xml:space="preserve"> me </w:t>
      </w:r>
      <w:proofErr w:type="spellStart"/>
      <w:r w:rsidR="00DD3199">
        <w:t>i</w:t>
      </w:r>
      <w:proofErr w:type="spellEnd"/>
      <w:r w:rsidR="00DD3199">
        <w:t xml:space="preserve"> </w:t>
      </w:r>
      <w:proofErr w:type="spellStart"/>
      <w:r w:rsidR="00DD3199">
        <w:t>adresu</w:t>
      </w:r>
      <w:proofErr w:type="spellEnd"/>
      <w:r w:rsidR="00DD3199">
        <w:t xml:space="preserve"> </w:t>
      </w:r>
      <w:proofErr w:type="spellStart"/>
      <w:r w:rsidR="00DD3199">
        <w:t>edhe</w:t>
      </w:r>
      <w:proofErr w:type="spellEnd"/>
      <w:r w:rsidR="00DD3199">
        <w:t xml:space="preserve"> </w:t>
      </w:r>
      <w:proofErr w:type="spellStart"/>
      <w:r w:rsidR="00DD3199">
        <w:t>nëpërmje</w:t>
      </w:r>
      <w:r>
        <w:t>t</w:t>
      </w:r>
      <w:proofErr w:type="spellEnd"/>
      <w:r>
        <w:t xml:space="preserve"> </w:t>
      </w:r>
      <w:proofErr w:type="spellStart"/>
      <w:r>
        <w:t>emailit</w:t>
      </w:r>
      <w:proofErr w:type="spellEnd"/>
      <w:r w:rsidR="00DD3199">
        <w:t>.</w:t>
      </w:r>
    </w:p>
    <w:sectPr w:rsidR="00C40EB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379"/>
    <w:rsid w:val="0006063C"/>
    <w:rsid w:val="00103014"/>
    <w:rsid w:val="0015074B"/>
    <w:rsid w:val="001E3366"/>
    <w:rsid w:val="00275D75"/>
    <w:rsid w:val="00296214"/>
    <w:rsid w:val="0029639D"/>
    <w:rsid w:val="002D60E7"/>
    <w:rsid w:val="00326F90"/>
    <w:rsid w:val="006754D5"/>
    <w:rsid w:val="00815153"/>
    <w:rsid w:val="00A54BFE"/>
    <w:rsid w:val="00AA1D8D"/>
    <w:rsid w:val="00B47730"/>
    <w:rsid w:val="00BD13CC"/>
    <w:rsid w:val="00C156F5"/>
    <w:rsid w:val="00C40EB3"/>
    <w:rsid w:val="00CB0664"/>
    <w:rsid w:val="00CD2C81"/>
    <w:rsid w:val="00CD6899"/>
    <w:rsid w:val="00DD3199"/>
    <w:rsid w:val="00F050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9CC4C3"/>
  <w14:defaultImageDpi w14:val="300"/>
  <w15:docId w15:val="{2C03B874-6DCE-49B2-B38A-2405321C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38792-EF09-4BB3-85C8-9D9AB0F3B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3958</TotalTime>
  <Pages>38</Pages>
  <Words>18121</Words>
  <Characters>103291</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Blerta Gashi</cp:lastModifiedBy>
  <cp:revision>2</cp:revision>
  <cp:lastPrinted>2026-09-11T12:53:00Z</cp:lastPrinted>
  <dcterms:created xsi:type="dcterms:W3CDTF">2026-09-14T07:13:00Z</dcterms:created>
  <dcterms:modified xsi:type="dcterms:W3CDTF">2026-09-14T07:13:00Z</dcterms:modified>
  <cp:category/>
</cp:coreProperties>
</file>